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A: PROPOSAL CONFIRMATION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To</w:t>
            </w:r>
          </w:p>
        </w:tc>
        <w:tc>
          <w:tcPr>
            <w:tcW w:type="dxa" w:w="5112"/>
            <w:vAlign w:val="center"/>
          </w:tcPr>
          <w:p>
            <w:r>
              <w:t>[IOM contact person]</w:t>
            </w:r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Email</w:t>
            </w:r>
          </w:p>
        </w:tc>
        <w:tc>
          <w:tcPr>
            <w:tcW w:type="dxa" w:w="5112"/>
            <w:vAlign w:val="center"/>
          </w:tcPr>
          <w:p>
            <w:r>
              <w:t>[Contact email, not the secure proposal address]</w:t>
            </w:r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From</w:t>
            </w:r>
          </w:p>
        </w:tc>
        <w:tc>
          <w:tcPr>
            <w:tcW w:type="dxa" w:w="5112"/>
            <w:vAlign w:val="center"/>
          </w:tcPr>
          <w:p>
            <w:r>
              <w:t>[Name of proposer]</w:t>
            </w:r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Subject</w:t>
            </w:r>
          </w:p>
        </w:tc>
        <w:tc>
          <w:tcPr>
            <w:tcW w:type="dxa" w:w="5112"/>
            <w:vAlign w:val="center"/>
          </w:tcPr>
          <w:p>
            <w:r>
              <w:t>RFP 30000033285</w:t>
            </w:r>
          </w:p>
        </w:tc>
      </w:tr>
    </w:tbl>
    <w:p>
      <w:r>
        <w:t>Please acknowledge receipt of the RFP by selecting one option:</w:t>
      </w:r>
    </w:p>
    <w:p>
      <w:r>
        <w:t>☐ YES, we intend to submit a proposal.</w:t>
        <w:br/>
        <w:t>☐ NO, we are unable to submit a competitive proposal.</w:t>
      </w:r>
    </w:p>
    <w:p>
      <w:r>
        <w:t>If NO, indicate the reason(s):</w:t>
      </w:r>
    </w:p>
    <w:p>
      <w:r>
        <w:t>☐ Services outside our range</w:t>
      </w:r>
    </w:p>
    <w:p>
      <w:r>
        <w:t>☐ Cannot meet the Terms of Reference</w:t>
      </w:r>
    </w:p>
    <w:p>
      <w:r>
        <w:t>☐ Insufficient information or preparation time</w:t>
      </w:r>
    </w:p>
    <w:p>
      <w:r>
        <w:t>☐ Cannot meet delivery requirements</w:t>
      </w:r>
    </w:p>
    <w:p>
      <w:r>
        <w:t>☐ Cannot accept contractual requirements</w:t>
      </w:r>
    </w:p>
    <w:p>
      <w:r>
        <w:t>☐ Capacity currently full</w:t>
      </w:r>
    </w:p>
    <w:p>
      <w:r>
        <w:t>☐ Other: ______________________________</w:t>
      </w:r>
    </w:p>
    <w:p>
      <w:r>
        <w:t>Further information:</w:t>
      </w:r>
    </w:p>
    <w:p>
      <w:r>
        <w:br/>
        <w:br/>
        <w:br/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