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D: PROPOSER INFORMATION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Legal 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Trading 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Year and country of incorporation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Legal form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Registration number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Tax identification number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Registered address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Website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Telephone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General email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Authorized representative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Contact person for this RFP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Contact email and telephone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UNGM number, if available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Bank name and account 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Parent company, if any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Subcontractors proposed, if any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p>
      <w:r>
        <w:t>Attach registration, licence, tax and other supporting documents requested in the RFP.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