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E: JOINT VENTURE / CONSORTIUM / ASSOCIATION INFORMATION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Proposer/JV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</w:tbl>
    <w:p>
      <w:r>
        <w:t>Complete only if the proposal is submitted by a Joint Venture, Consortium or Association.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D9EAF7"/>
          </w:tcPr>
          <w:p>
            <w:r>
              <w:t>Partner and contact information</w:t>
            </w:r>
          </w:p>
        </w:tc>
        <w:tc>
          <w:tcPr>
            <w:tcW w:type="dxa" w:w="3408"/>
            <w:shd w:fill="D9EAF7"/>
          </w:tcPr>
          <w:p>
            <w:r>
              <w:t>Responsibilities and services</w:t>
            </w:r>
          </w:p>
        </w:tc>
        <w:tc>
          <w:tcPr>
            <w:tcW w:type="dxa" w:w="3408"/>
            <w:shd w:fill="D9EAF7"/>
          </w:tcPr>
          <w:p>
            <w:r>
              <w:t>Proposed share (%)</w:t>
            </w:r>
          </w:p>
        </w:tc>
      </w:tr>
      <w:tr>
        <w:tc>
          <w:tcPr>
            <w:tcW w:type="dxa" w:w="3408"/>
          </w:tcPr>
          <w:p/>
        </w:tc>
        <w:tc>
          <w:tcPr>
            <w:tcW w:type="dxa" w:w="3408"/>
          </w:tcPr>
          <w:p/>
        </w:tc>
        <w:tc>
          <w:tcPr>
            <w:tcW w:type="dxa" w:w="3408"/>
          </w:tcPr>
          <w:p/>
        </w:tc>
      </w:tr>
      <w:tr>
        <w:tc>
          <w:tcPr>
            <w:tcW w:type="dxa" w:w="3408"/>
          </w:tcPr>
          <w:p/>
        </w:tc>
        <w:tc>
          <w:tcPr>
            <w:tcW w:type="dxa" w:w="3408"/>
          </w:tcPr>
          <w:p/>
        </w:tc>
        <w:tc>
          <w:tcPr>
            <w:tcW w:type="dxa" w:w="3408"/>
          </w:tcPr>
          <w:p/>
        </w:tc>
      </w:tr>
      <w:tr>
        <w:tc>
          <w:tcPr>
            <w:tcW w:type="dxa" w:w="3408"/>
          </w:tcPr>
          <w:p/>
        </w:tc>
        <w:tc>
          <w:tcPr>
            <w:tcW w:type="dxa" w:w="3408"/>
          </w:tcPr>
          <w:p/>
        </w:tc>
        <w:tc>
          <w:tcPr>
            <w:tcW w:type="dxa" w:w="3408"/>
          </w:tcPr>
          <w:p/>
        </w:tc>
      </w:tr>
      <w:tr>
        <w:tc>
          <w:tcPr>
            <w:tcW w:type="dxa" w:w="3408"/>
          </w:tcPr>
          <w:p/>
        </w:tc>
        <w:tc>
          <w:tcPr>
            <w:tcW w:type="dxa" w:w="3408"/>
          </w:tcPr>
          <w:p/>
        </w:tc>
        <w:tc>
          <w:tcPr>
            <w:tcW w:type="dxa" w:w="3408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Lead partner with authority to bind all members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p>
      <w:r>
        <w:t>Attach: ☐ Letter of intent to form a JV/Consortium/Association   ☐ Signed agreement</w:t>
      </w:r>
    </w:p>
    <w:p>
      <w:r>
        <w:t>The parties confirm joint and several responsibility for fulfilment of the contract.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