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005B96"/>
          <w:sz w:val="24"/>
        </w:rPr>
        <w:t>INTERNATIONAL ORGANIZATION FOR MIGRATION</w:t>
      </w:r>
    </w:p>
    <w:p>
      <w:pPr>
        <w:jc w:val="center"/>
      </w:pPr>
      <w:r>
        <w:rPr>
          <w:b/>
          <w:sz w:val="28"/>
        </w:rPr>
        <w:t>FORM F: ELIGIBILITY AND QUALIFICATION</w:t>
      </w:r>
    </w:p>
    <w:p>
      <w:pPr>
        <w:jc w:val="center"/>
      </w:pPr>
      <w:r>
        <w:rPr>
          <w:i/>
        </w:rPr>
        <w:t>RFP Reference: 30000033285</w:t>
        <w:br/>
        <w:t>Design, Development, Hosting and Maintenance of the NoLEM Website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  <w:shd w:fill="D9EAF7"/>
            <w:vAlign w:val="center"/>
          </w:tcPr>
          <w:p>
            <w:r>
              <w:t>Name of Proposer</w:t>
            </w:r>
          </w:p>
        </w:tc>
        <w:tc>
          <w:tcPr>
            <w:tcW w:type="dxa" w:w="5112"/>
            <w:vAlign w:val="center"/>
          </w:tcPr>
          <w:p>
            <w:r/>
          </w:p>
        </w:tc>
      </w:tr>
      <w:tr>
        <w:tc>
          <w:tcPr>
            <w:tcW w:type="dxa" w:w="5112"/>
            <w:shd w:fill="D9EAF7"/>
            <w:vAlign w:val="center"/>
          </w:tcPr>
          <w:p>
            <w:r>
              <w:t>Date</w:t>
            </w:r>
          </w:p>
        </w:tc>
        <w:tc>
          <w:tcPr>
            <w:tcW w:type="dxa" w:w="5112"/>
            <w:vAlign w:val="center"/>
          </w:tcPr>
          <w:p>
            <w:r/>
          </w:p>
        </w:tc>
      </w:tr>
      <w:tr>
        <w:tc>
          <w:tcPr>
            <w:tcW w:type="dxa" w:w="5112"/>
            <w:shd w:fill="D9EAF7"/>
            <w:vAlign w:val="center"/>
          </w:tcPr>
          <w:p>
            <w:r>
              <w:t>RFP Reference</w:t>
            </w:r>
          </w:p>
        </w:tc>
        <w:tc>
          <w:tcPr>
            <w:tcW w:type="dxa" w:w="5112"/>
            <w:vAlign w:val="center"/>
          </w:tcPr>
          <w:p>
            <w:r>
              <w:t>30000033285</w:t>
            </w:r>
          </w:p>
        </w:tc>
      </w:tr>
    </w:tbl>
    <w:p>
      <w:r>
        <w:rPr>
          <w:b/>
        </w:rPr>
        <w:t>History of non-performing contracts</w:t>
      </w:r>
    </w:p>
    <w:p>
      <w:r>
        <w:t>☐ None during the last three years   ☐ Details attached</w:t>
      </w:r>
    </w:p>
    <w:p>
      <w:r>
        <w:t>Details: __________________________________________________________________________</w:t>
        <w:br/>
        <w:t>__________________________________________________________________________________</w:t>
      </w:r>
    </w:p>
    <w:p>
      <w:r>
        <w:rPr>
          <w:b/>
        </w:rPr>
        <w:t>Litigation history</w:t>
      </w:r>
    </w:p>
    <w:p>
      <w:r>
        <w:t>☐ None during the last three years   ☐ Details attached</w:t>
      </w:r>
    </w:p>
    <w:p>
      <w:r>
        <w:t>Details: __________________________________________________________________________</w:t>
        <w:br/>
        <w:t>__________________________________________________________________________________</w:t>
      </w:r>
    </w:p>
    <w:p>
      <w:r>
        <w:rPr>
          <w:b/>
        </w:rPr>
        <w:t>Relevant experience</w:t>
      </w:r>
    </w:p>
    <w:p>
      <w:r>
        <w:t>Years of relevant experience: ______   Similar contracts completed: ______</w:t>
      </w:r>
    </w:p>
    <w:p>
      <w:r>
        <w:t>Details: __________________________________________________________________________</w:t>
        <w:br/>
        <w:t>__________________________________________________________________________________</w:t>
      </w:r>
    </w:p>
    <w:p>
      <w:r>
        <w:rPr>
          <w:b/>
        </w:rPr>
        <w:t>Financial standing</w:t>
      </w:r>
    </w:p>
    <w:p>
      <w:r>
        <w:t>Attach the financial documents required in the RFP.</w:t>
      </w:r>
    </w:p>
    <w:p>
      <w:r>
        <w:t>Details: __________________________________________________________________________</w:t>
        <w:br/>
        <w:t>__________________________________________________________________________________</w:t>
      </w:r>
    </w:p>
    <w:p>
      <w:r>
        <w:rPr>
          <w:b/>
        </w:rPr>
        <w:t>Current commitments</w:t>
      </w:r>
    </w:p>
    <w:p>
      <w:r>
        <w:t>List current contracts that may affect implementation capacity.</w:t>
      </w:r>
    </w:p>
    <w:p>
      <w:r>
        <w:t>Details: __________________________________________________________________________</w:t>
        <w:br/>
        <w:t>__________________________________________________________________________________</w:t>
      </w:r>
    </w:p>
    <w:p>
      <w:r>
        <w:rPr>
          <w:b/>
        </w:rPr>
        <w:t>References</w:t>
      </w:r>
    </w:p>
    <w:p>
      <w:r>
        <w:t>Provide client, contact details, contract description, value and completion date.</w:t>
      </w:r>
    </w:p>
    <w:p>
      <w:r>
        <w:t>Details: __________________________________________________________________________</w:t>
        <w:br/>
        <w:t>__________________________________________________________________________________</w:t>
      </w:r>
    </w:p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  <w:shd w:fill="D9EAF7"/>
            <w:vAlign w:val="center"/>
          </w:tcPr>
          <w:p>
            <w:r>
              <w:t>Name</w:t>
            </w:r>
          </w:p>
        </w:tc>
        <w:tc>
          <w:tcPr>
            <w:tcW w:type="dxa" w:w="5112"/>
            <w:vAlign w:val="center"/>
          </w:tcPr>
          <w:p>
            <w:r/>
          </w:p>
        </w:tc>
      </w:tr>
      <w:tr>
        <w:tc>
          <w:tcPr>
            <w:tcW w:type="dxa" w:w="5112"/>
            <w:shd w:fill="D9EAF7"/>
            <w:vAlign w:val="center"/>
          </w:tcPr>
          <w:p>
            <w:r>
              <w:t>Title</w:t>
            </w:r>
          </w:p>
        </w:tc>
        <w:tc>
          <w:tcPr>
            <w:tcW w:type="dxa" w:w="5112"/>
            <w:vAlign w:val="center"/>
          </w:tcPr>
          <w:p>
            <w:r/>
          </w:p>
        </w:tc>
      </w:tr>
      <w:tr>
        <w:tc>
          <w:tcPr>
            <w:tcW w:type="dxa" w:w="5112"/>
            <w:shd w:fill="D9EAF7"/>
            <w:vAlign w:val="center"/>
          </w:tcPr>
          <w:p>
            <w:r>
              <w:t>Date</w:t>
            </w:r>
          </w:p>
        </w:tc>
        <w:tc>
          <w:tcPr>
            <w:tcW w:type="dxa" w:w="5112"/>
            <w:vAlign w:val="center"/>
          </w:tcPr>
          <w:p>
            <w:r/>
          </w:p>
        </w:tc>
      </w:tr>
      <w:tr>
        <w:tc>
          <w:tcPr>
            <w:tcW w:type="dxa" w:w="5112"/>
            <w:shd w:fill="D9EAF7"/>
            <w:vAlign w:val="center"/>
          </w:tcPr>
          <w:p>
            <w:r>
              <w:t>Signature</w:t>
            </w:r>
          </w:p>
        </w:tc>
        <w:tc>
          <w:tcPr>
            <w:tcW w:type="dxa" w:w="5112"/>
            <w:vAlign w:val="center"/>
          </w:tcPr>
          <w:p>
            <w:r/>
          </w:p>
        </w:tc>
      </w:tr>
      <w:tr>
        <w:tc>
          <w:tcPr>
            <w:tcW w:type="dxa" w:w="5112"/>
            <w:shd w:fill="D9EAF7"/>
            <w:vAlign w:val="center"/>
          </w:tcPr>
          <w:p>
            <w:r>
              <w:t>Official stamp, if applicable</w:t>
            </w:r>
          </w:p>
        </w:tc>
        <w:tc>
          <w:tcPr>
            <w:tcW w:type="dxa" w:w="5112"/>
            <w:vAlign w:val="center"/>
          </w:tcPr>
          <w:p>
            <w:r/>
          </w:p>
        </w:tc>
      </w:tr>
    </w:tbl>
    <w:sectPr w:rsidR="00FC693F" w:rsidRPr="0006063C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