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5B96"/>
          <w:sz w:val="24"/>
        </w:rPr>
        <w:t>INTERNATIONAL ORGANIZATION FOR MIGRATION</w:t>
      </w:r>
    </w:p>
    <w:p>
      <w:pPr>
        <w:jc w:val="center"/>
      </w:pPr>
      <w:r>
        <w:rPr>
          <w:b/>
          <w:sz w:val="28"/>
        </w:rPr>
        <w:t>FORM H: CV OF PROPOSED KEY PERSONNEL</w:t>
      </w:r>
    </w:p>
    <w:p>
      <w:pPr>
        <w:jc w:val="center"/>
      </w:pPr>
      <w:r>
        <w:rPr>
          <w:i/>
        </w:rPr>
        <w:t>RFP Reference: 30000033285</w:t>
        <w:br/>
        <w:t>Design, Development, Hosting and Maintenance of the NoLEM Website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  <w:vAlign w:val="center"/>
          </w:tcPr>
          <w:p>
            <w:r>
              <w:t>Name of Proposer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Date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RFP Reference</w:t>
            </w:r>
          </w:p>
        </w:tc>
        <w:tc>
          <w:tcPr>
            <w:tcW w:type="dxa" w:w="5112"/>
            <w:vAlign w:val="center"/>
          </w:tcPr>
          <w:p>
            <w:r>
              <w:t>30000033285</w:t>
            </w:r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Position under the TOR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Name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Nationality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Language proficiency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Present employer and job title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Years with present employer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</w:tbl>
    <w:p>
      <w:r>
        <w:rPr>
          <w:b/>
        </w:rPr>
        <w:t>Education and qualifications</w:t>
      </w:r>
    </w:p>
    <w:p>
      <w:r>
        <w:br/>
        <w:br/>
        <w:br/>
      </w:r>
    </w:p>
    <w:p>
      <w:r>
        <w:rPr>
          <w:b/>
        </w:rPr>
        <w:t>Professional certifications</w:t>
      </w:r>
    </w:p>
    <w:p>
      <w:r>
        <w:br/>
        <w:br/>
        <w:br/>
      </w:r>
    </w:p>
    <w:p>
      <w:r>
        <w:rPr>
          <w:b/>
        </w:rPr>
        <w:t>Relevant professional experience in reverse chronological order</w:t>
      </w:r>
    </w:p>
    <w:p>
      <w:r>
        <w:br/>
        <w:br/>
        <w:br/>
      </w:r>
    </w:p>
    <w:p>
      <w:r>
        <w:rPr>
          <w:b/>
        </w:rPr>
        <w:t>Specific responsibilities for this assignment</w:t>
      </w:r>
    </w:p>
    <w:p>
      <w:r>
        <w:br/>
        <w:br/>
        <w:br/>
      </w:r>
    </w:p>
    <w:p>
      <w:r>
        <w:rPr>
          <w:b/>
        </w:rPr>
        <w:t>Reference 1: name, organization, telephone and email</w:t>
      </w:r>
    </w:p>
    <w:p>
      <w:r>
        <w:br/>
        <w:br/>
        <w:br/>
      </w:r>
    </w:p>
    <w:p>
      <w:r>
        <w:rPr>
          <w:b/>
        </w:rPr>
        <w:t>Reference 2: name, organization, telephone and email</w:t>
      </w:r>
    </w:p>
    <w:p>
      <w:r>
        <w:br/>
        <w:br/>
        <w:br/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  <w:vAlign w:val="center"/>
          </w:tcPr>
          <w:p>
            <w:r>
              <w:t>Name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Title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Date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Signature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Official stamp, if applicable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</w:tbl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