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B317E" w14:textId="77777777" w:rsidR="008C6C9B" w:rsidRDefault="00735D78">
      <w:pPr>
        <w:jc w:val="center"/>
        <w:rPr>
          <w:b/>
          <w:sz w:val="24"/>
          <w:szCs w:val="24"/>
        </w:rPr>
      </w:pPr>
      <w:r w:rsidRPr="008C6C9B">
        <w:rPr>
          <w:b/>
          <w:sz w:val="24"/>
          <w:szCs w:val="24"/>
        </w:rPr>
        <w:t>TECHNICAL COMPLIANCE MATRIX</w:t>
      </w:r>
    </w:p>
    <w:p w14:paraId="03C695A7" w14:textId="77777777" w:rsidR="00875AF9" w:rsidRPr="002D6CDE" w:rsidRDefault="008C6C9B">
      <w:pPr>
        <w:jc w:val="center"/>
        <w:rPr>
          <w:b/>
          <w:bCs/>
          <w:sz w:val="24"/>
          <w:szCs w:val="24"/>
        </w:rPr>
      </w:pPr>
      <w:r w:rsidRPr="002D6CDE">
        <w:rPr>
          <w:b/>
          <w:bCs/>
        </w:rPr>
        <w:t>RFQ 676887-AK</w:t>
      </w:r>
    </w:p>
    <w:p w14:paraId="7467EA34" w14:textId="77777777" w:rsidR="008C6C9B" w:rsidRPr="002D6CDE" w:rsidRDefault="00735D78">
      <w:pPr>
        <w:jc w:val="center"/>
        <w:rPr>
          <w:b/>
          <w:bCs/>
          <w:sz w:val="20"/>
        </w:rPr>
      </w:pPr>
      <w:r w:rsidRPr="002D6CDE">
        <w:rPr>
          <w:b/>
          <w:bCs/>
        </w:rPr>
        <w:t xml:space="preserve">3D Scanning Water Phantom and Dosimetry Equipment </w:t>
      </w:r>
    </w:p>
    <w:p w14:paraId="5190B21E" w14:textId="77777777" w:rsidR="00875AF9" w:rsidRPr="002D6CDE" w:rsidRDefault="00735D78">
      <w:pPr>
        <w:jc w:val="center"/>
        <w:rPr>
          <w:b/>
          <w:bCs/>
          <w:color w:val="0000FF"/>
        </w:rPr>
      </w:pPr>
      <w:r w:rsidRPr="002D6CDE">
        <w:rPr>
          <w:b/>
          <w:bCs/>
          <w:color w:val="0000FF"/>
        </w:rPr>
        <w:t>Kilimanjaro Christian Medical Centre (KCMC), Tanzania</w:t>
      </w:r>
    </w:p>
    <w:p w14:paraId="370E1206" w14:textId="77777777" w:rsidR="00875AF9" w:rsidRPr="00155853" w:rsidRDefault="00735D78">
      <w:pPr>
        <w:jc w:val="center"/>
        <w:rPr>
          <w:b/>
          <w:bCs/>
        </w:rPr>
      </w:pPr>
      <w:r w:rsidRPr="00155853">
        <w:rPr>
          <w:b/>
          <w:bCs/>
          <w:i/>
        </w:rPr>
        <w:t xml:space="preserve">Supplier completion document </w:t>
      </w:r>
    </w:p>
    <w:tbl>
      <w:tblPr>
        <w:tblStyle w:val="TableGrid"/>
        <w:tblW w:w="0" w:type="auto"/>
        <w:jc w:val="center"/>
        <w:tblLook w:val="04A0" w:firstRow="1" w:lastRow="0" w:firstColumn="1" w:lastColumn="0" w:noHBand="0" w:noVBand="1"/>
      </w:tblPr>
      <w:tblGrid>
        <w:gridCol w:w="14616"/>
      </w:tblGrid>
      <w:tr w:rsidR="00875AF9" w14:paraId="1A2DDAA9" w14:textId="77777777" w:rsidTr="00155853">
        <w:trPr>
          <w:jc w:val="center"/>
        </w:trPr>
        <w:tc>
          <w:tcPr>
            <w:tcW w:w="14616" w:type="dxa"/>
            <w:tcMar>
              <w:top w:w="70" w:type="dxa"/>
              <w:left w:w="70" w:type="dxa"/>
              <w:bottom w:w="70" w:type="dxa"/>
              <w:right w:w="70" w:type="dxa"/>
            </w:tcMar>
          </w:tcPr>
          <w:p w14:paraId="31D643F3" w14:textId="77777777" w:rsidR="00875AF9" w:rsidRDefault="00735D78">
            <w:r>
              <w:t>Supplier Name: ________________________________________________________________</w:t>
            </w:r>
          </w:p>
          <w:p w14:paraId="03F99DF8" w14:textId="77777777" w:rsidR="00155853" w:rsidRDefault="00155853"/>
        </w:tc>
      </w:tr>
    </w:tbl>
    <w:p w14:paraId="6C2A3545" w14:textId="77777777" w:rsidR="008C6C9B" w:rsidRDefault="00735D78" w:rsidP="00155853">
      <w:pPr>
        <w:spacing w:before="240"/>
        <w:jc w:val="both"/>
      </w:pPr>
      <w:r w:rsidRPr="008C6C9B">
        <w:rPr>
          <w:b/>
          <w:bCs/>
        </w:rPr>
        <w:t>Completion instruction</w:t>
      </w:r>
      <w:r>
        <w:t xml:space="preserve">: </w:t>
      </w:r>
    </w:p>
    <w:p w14:paraId="2A4A9AE5" w14:textId="77777777" w:rsidR="008C6C9B" w:rsidRDefault="008C6C9B" w:rsidP="00155853">
      <w:pPr>
        <w:jc w:val="both"/>
      </w:pPr>
      <w:r w:rsidRPr="008C6C9B">
        <w:t>For each line item, bidders shall select “Yes” or “No” to indicate compliance and provide the specific technical details of the product offered. A detailed response is required for every specification requirement. Responses shall not merely repeat or reproduce the stated IAEA specifications; they must provide comprehensive and verifiable technical information demonstrating how the offered product meets each requirement. Where compliance is supported by information contained in the technical proposal, product brochure, datasheet, or other supporting documentation, bidders shall clearly identify the exact document title and corresponding page number.</w:t>
      </w:r>
    </w:p>
    <w:p w14:paraId="0B24FC5E" w14:textId="77777777" w:rsidR="008C6C9B" w:rsidRDefault="008C6C9B" w:rsidP="00155853">
      <w:pPr>
        <w:jc w:val="both"/>
      </w:pPr>
      <w:r w:rsidRPr="008C6C9B">
        <w:t>Relevant product datasheets and supporting technical documentation shall be submitted together with the completed Technical Compliance Matrix. Generic or non-specific statements such as “we shall customize to your needs/requirements” or similar responses shall not be accepted as evidence of technical compliance.</w:t>
      </w:r>
    </w:p>
    <w:tbl>
      <w:tblPr>
        <w:tblStyle w:val="TableGrid"/>
        <w:tblW w:w="0" w:type="auto"/>
        <w:jc w:val="center"/>
        <w:tblLook w:val="04A0" w:firstRow="1" w:lastRow="0" w:firstColumn="1" w:lastColumn="0" w:noHBand="0" w:noVBand="1"/>
      </w:tblPr>
      <w:tblGrid>
        <w:gridCol w:w="792"/>
        <w:gridCol w:w="5904"/>
        <w:gridCol w:w="1944"/>
        <w:gridCol w:w="6408"/>
      </w:tblGrid>
      <w:tr w:rsidR="00E50C73" w14:paraId="654FC233" w14:textId="77777777">
        <w:trPr>
          <w:tblHeader/>
          <w:jc w:val="center"/>
        </w:trPr>
        <w:tc>
          <w:tcPr>
            <w:tcW w:w="792" w:type="dxa"/>
            <w:shd w:val="clear" w:color="auto" w:fill="D9EAF7"/>
          </w:tcPr>
          <w:p w14:paraId="24F245F7" w14:textId="77777777" w:rsidR="00E50C73" w:rsidRDefault="00735D78">
            <w:r>
              <w:rPr>
                <w:b/>
                <w:sz w:val="16"/>
              </w:rPr>
              <w:t>Ref.</w:t>
            </w:r>
          </w:p>
        </w:tc>
        <w:tc>
          <w:tcPr>
            <w:tcW w:w="5904" w:type="dxa"/>
            <w:shd w:val="clear" w:color="auto" w:fill="D9EAF7"/>
          </w:tcPr>
          <w:p w14:paraId="7D72E7D3" w14:textId="1B1773AB" w:rsidR="00E50C73" w:rsidRDefault="00735D78">
            <w:r>
              <w:rPr>
                <w:b/>
                <w:sz w:val="16"/>
              </w:rPr>
              <w:t>Specification requirements</w:t>
            </w:r>
            <w:r w:rsidR="0037030D">
              <w:rPr>
                <w:b/>
                <w:sz w:val="16"/>
              </w:rPr>
              <w:t xml:space="preserve"> </w:t>
            </w:r>
            <w:r w:rsidR="0037030D" w:rsidRPr="0037030D">
              <w:rPr>
                <w:b/>
                <w:sz w:val="16"/>
              </w:rPr>
              <w:t>(Refer to the IAEA RFQ Specification forms)</w:t>
            </w:r>
          </w:p>
        </w:tc>
        <w:tc>
          <w:tcPr>
            <w:tcW w:w="1944" w:type="dxa"/>
            <w:shd w:val="clear" w:color="auto" w:fill="D9EAF7"/>
          </w:tcPr>
          <w:p w14:paraId="3C34745A" w14:textId="77777777" w:rsidR="00E50C73" w:rsidRDefault="00735D78">
            <w:r>
              <w:rPr>
                <w:b/>
                <w:sz w:val="16"/>
              </w:rPr>
              <w:t>Supplier Compliance. Complete</w:t>
            </w:r>
            <w:r>
              <w:rPr>
                <w:b/>
                <w:sz w:val="16"/>
              </w:rPr>
              <w:br/>
              <w:t>(Yes / No)</w:t>
            </w:r>
          </w:p>
        </w:tc>
        <w:tc>
          <w:tcPr>
            <w:tcW w:w="6408" w:type="dxa"/>
            <w:shd w:val="clear" w:color="auto" w:fill="D9EAF7"/>
          </w:tcPr>
          <w:p w14:paraId="43606D59" w14:textId="77777777" w:rsidR="00E50C73" w:rsidRDefault="00735D78">
            <w:r>
              <w:rPr>
                <w:b/>
                <w:sz w:val="16"/>
              </w:rPr>
              <w:t xml:space="preserve">Supplier Offered product specification details and reference. </w:t>
            </w:r>
          </w:p>
        </w:tc>
      </w:tr>
      <w:tr w:rsidR="00E50C73" w14:paraId="5AB73470" w14:textId="77777777">
        <w:trPr>
          <w:jc w:val="center"/>
        </w:trPr>
        <w:tc>
          <w:tcPr>
            <w:tcW w:w="792" w:type="dxa"/>
            <w:shd w:val="clear" w:color="auto" w:fill="D9EAF7"/>
          </w:tcPr>
          <w:p w14:paraId="3FDA1AAF" w14:textId="77777777" w:rsidR="00E50C73" w:rsidRDefault="00735D78">
            <w:r>
              <w:rPr>
                <w:b/>
                <w:sz w:val="16"/>
              </w:rPr>
              <w:t>3</w:t>
            </w:r>
          </w:p>
        </w:tc>
        <w:tc>
          <w:tcPr>
            <w:tcW w:w="5904" w:type="dxa"/>
            <w:shd w:val="clear" w:color="auto" w:fill="D9EAF7"/>
          </w:tcPr>
          <w:p w14:paraId="2D3E8497" w14:textId="77777777" w:rsidR="00E50C73" w:rsidRDefault="00735D78">
            <w:r>
              <w:rPr>
                <w:b/>
                <w:sz w:val="16"/>
              </w:rPr>
              <w:t>Country Specific Requirements (variations from IAEA Core Generic Specification attached)</w:t>
            </w:r>
          </w:p>
        </w:tc>
        <w:tc>
          <w:tcPr>
            <w:tcW w:w="1944" w:type="dxa"/>
            <w:shd w:val="clear" w:color="auto" w:fill="D9EAF7"/>
          </w:tcPr>
          <w:p w14:paraId="5271669A" w14:textId="77777777" w:rsidR="00E50C73" w:rsidRDefault="00E50C73"/>
        </w:tc>
        <w:tc>
          <w:tcPr>
            <w:tcW w:w="6408" w:type="dxa"/>
            <w:shd w:val="clear" w:color="auto" w:fill="D9EAF7"/>
          </w:tcPr>
          <w:p w14:paraId="637A024D" w14:textId="77777777" w:rsidR="00E50C73" w:rsidRDefault="00E50C73"/>
        </w:tc>
      </w:tr>
      <w:tr w:rsidR="00E50C73" w14:paraId="4ECA3C50" w14:textId="77777777">
        <w:trPr>
          <w:jc w:val="center"/>
        </w:trPr>
        <w:tc>
          <w:tcPr>
            <w:tcW w:w="792" w:type="dxa"/>
          </w:tcPr>
          <w:p w14:paraId="41639F2E" w14:textId="77777777" w:rsidR="00E50C73" w:rsidRDefault="00735D78">
            <w:r>
              <w:rPr>
                <w:sz w:val="16"/>
              </w:rPr>
              <w:t>3.1</w:t>
            </w:r>
          </w:p>
        </w:tc>
        <w:tc>
          <w:tcPr>
            <w:tcW w:w="5904" w:type="dxa"/>
          </w:tcPr>
          <w:p w14:paraId="25DE702B" w14:textId="77777777" w:rsidR="00E50C73" w:rsidRDefault="00735D78">
            <w:r>
              <w:rPr>
                <w:sz w:val="16"/>
              </w:rPr>
              <w:t>Treatment units: Varian TrueBeam and Halcyon</w:t>
            </w:r>
          </w:p>
        </w:tc>
        <w:tc>
          <w:tcPr>
            <w:tcW w:w="1944" w:type="dxa"/>
          </w:tcPr>
          <w:p w14:paraId="6181EDE5" w14:textId="77777777" w:rsidR="00E50C73" w:rsidRDefault="00735D78">
            <w:r>
              <w:rPr>
                <w:sz w:val="16"/>
              </w:rPr>
              <w:t>☐</w:t>
            </w:r>
            <w:r>
              <w:rPr>
                <w:sz w:val="16"/>
              </w:rPr>
              <w:t xml:space="preserve"> Yes   ☐ No</w:t>
            </w:r>
          </w:p>
        </w:tc>
        <w:tc>
          <w:tcPr>
            <w:tcW w:w="6408" w:type="dxa"/>
          </w:tcPr>
          <w:p w14:paraId="509066F2" w14:textId="77777777" w:rsidR="00E50C73" w:rsidRDefault="00E50C73"/>
        </w:tc>
      </w:tr>
      <w:tr w:rsidR="00E50C73" w14:paraId="051DF502" w14:textId="77777777">
        <w:trPr>
          <w:jc w:val="center"/>
        </w:trPr>
        <w:tc>
          <w:tcPr>
            <w:tcW w:w="792" w:type="dxa"/>
          </w:tcPr>
          <w:p w14:paraId="3F78A034" w14:textId="77777777" w:rsidR="00E50C73" w:rsidRDefault="00735D78">
            <w:r>
              <w:rPr>
                <w:sz w:val="16"/>
              </w:rPr>
              <w:t>3.2</w:t>
            </w:r>
          </w:p>
        </w:tc>
        <w:tc>
          <w:tcPr>
            <w:tcW w:w="5904" w:type="dxa"/>
          </w:tcPr>
          <w:p w14:paraId="11A6CE40" w14:textId="77777777" w:rsidR="00E50C73" w:rsidRDefault="00735D78">
            <w:r>
              <w:rPr>
                <w:sz w:val="16"/>
              </w:rPr>
              <w:t>Connectors: All electrometers, ionization chambers, detectors and associated extension cables shall be supplied with TNC-compatible connectors</w:t>
            </w:r>
          </w:p>
        </w:tc>
        <w:tc>
          <w:tcPr>
            <w:tcW w:w="1944" w:type="dxa"/>
          </w:tcPr>
          <w:p w14:paraId="47431B2E" w14:textId="77777777" w:rsidR="00E50C73" w:rsidRDefault="00735D78">
            <w:r>
              <w:rPr>
                <w:sz w:val="16"/>
              </w:rPr>
              <w:t>☐</w:t>
            </w:r>
            <w:r>
              <w:rPr>
                <w:sz w:val="16"/>
              </w:rPr>
              <w:t xml:space="preserve"> Yes   ☐ No</w:t>
            </w:r>
          </w:p>
        </w:tc>
        <w:tc>
          <w:tcPr>
            <w:tcW w:w="6408" w:type="dxa"/>
          </w:tcPr>
          <w:p w14:paraId="74769ACF" w14:textId="77777777" w:rsidR="00E50C73" w:rsidRDefault="00E50C73"/>
        </w:tc>
      </w:tr>
      <w:tr w:rsidR="00E50C73" w14:paraId="64A41DB9" w14:textId="77777777">
        <w:trPr>
          <w:jc w:val="center"/>
        </w:trPr>
        <w:tc>
          <w:tcPr>
            <w:tcW w:w="792" w:type="dxa"/>
          </w:tcPr>
          <w:p w14:paraId="694D004D" w14:textId="77777777" w:rsidR="00E50C73" w:rsidRDefault="00735D78">
            <w:r>
              <w:rPr>
                <w:sz w:val="16"/>
              </w:rPr>
              <w:t>3.3</w:t>
            </w:r>
          </w:p>
        </w:tc>
        <w:tc>
          <w:tcPr>
            <w:tcW w:w="5904" w:type="dxa"/>
          </w:tcPr>
          <w:p w14:paraId="4A117B1D" w14:textId="77777777" w:rsidR="00E50C73" w:rsidRDefault="00735D78">
            <w:r>
              <w:rPr>
                <w:sz w:val="16"/>
              </w:rPr>
              <w:t>Treatment Planning System (TPS): The system software shall support export of beam data in formats accepted by Varian Eclipse and Elekta Monaco Treatment Planning Systems</w:t>
            </w:r>
          </w:p>
        </w:tc>
        <w:tc>
          <w:tcPr>
            <w:tcW w:w="1944" w:type="dxa"/>
          </w:tcPr>
          <w:p w14:paraId="1BACEC04" w14:textId="77777777" w:rsidR="00E50C73" w:rsidRDefault="00735D78">
            <w:r>
              <w:rPr>
                <w:sz w:val="16"/>
              </w:rPr>
              <w:t>☐</w:t>
            </w:r>
            <w:r>
              <w:rPr>
                <w:sz w:val="16"/>
              </w:rPr>
              <w:t xml:space="preserve"> Yes   ☐ No</w:t>
            </w:r>
          </w:p>
        </w:tc>
        <w:tc>
          <w:tcPr>
            <w:tcW w:w="6408" w:type="dxa"/>
          </w:tcPr>
          <w:p w14:paraId="53E71F2F" w14:textId="77777777" w:rsidR="00E50C73" w:rsidRDefault="00E50C73"/>
        </w:tc>
      </w:tr>
      <w:tr w:rsidR="00E50C73" w14:paraId="2B5D355D" w14:textId="77777777">
        <w:trPr>
          <w:jc w:val="center"/>
        </w:trPr>
        <w:tc>
          <w:tcPr>
            <w:tcW w:w="792" w:type="dxa"/>
          </w:tcPr>
          <w:p w14:paraId="07151F46" w14:textId="77777777" w:rsidR="00E50C73" w:rsidRDefault="00735D78">
            <w:r>
              <w:rPr>
                <w:sz w:val="16"/>
              </w:rPr>
              <w:t>3.4</w:t>
            </w:r>
          </w:p>
        </w:tc>
        <w:tc>
          <w:tcPr>
            <w:tcW w:w="5904" w:type="dxa"/>
          </w:tcPr>
          <w:p w14:paraId="505D6478" w14:textId="77777777" w:rsidR="00E50C73" w:rsidRDefault="00735D78">
            <w:r>
              <w:rPr>
                <w:sz w:val="16"/>
              </w:rPr>
              <w:t>Additional holders for detectors: Detector holders shall be provided with a range of detectors including Farmer-type chambers (e.g., PTW 30013 or PTW 30006), parallel-plate ionization chambers (e.g., PTW Markus and Advanced Markus) and silicon detector systems (e.g., PTW microSilicon)</w:t>
            </w:r>
          </w:p>
        </w:tc>
        <w:tc>
          <w:tcPr>
            <w:tcW w:w="1944" w:type="dxa"/>
          </w:tcPr>
          <w:p w14:paraId="29E43799" w14:textId="77777777" w:rsidR="00E50C73" w:rsidRDefault="00735D78">
            <w:r>
              <w:rPr>
                <w:sz w:val="16"/>
              </w:rPr>
              <w:t>☐</w:t>
            </w:r>
            <w:r>
              <w:rPr>
                <w:sz w:val="16"/>
              </w:rPr>
              <w:t xml:space="preserve"> Yes   ☐ No</w:t>
            </w:r>
          </w:p>
        </w:tc>
        <w:tc>
          <w:tcPr>
            <w:tcW w:w="6408" w:type="dxa"/>
          </w:tcPr>
          <w:p w14:paraId="3335A08E" w14:textId="77777777" w:rsidR="00E50C73" w:rsidRDefault="00E50C73"/>
        </w:tc>
      </w:tr>
      <w:tr w:rsidR="00E50C73" w14:paraId="1B837F21" w14:textId="77777777">
        <w:trPr>
          <w:jc w:val="center"/>
        </w:trPr>
        <w:tc>
          <w:tcPr>
            <w:tcW w:w="792" w:type="dxa"/>
          </w:tcPr>
          <w:p w14:paraId="31D4F918" w14:textId="77777777" w:rsidR="00E50C73" w:rsidRDefault="00735D78">
            <w:r>
              <w:rPr>
                <w:sz w:val="16"/>
              </w:rPr>
              <w:t>3.5</w:t>
            </w:r>
          </w:p>
        </w:tc>
        <w:tc>
          <w:tcPr>
            <w:tcW w:w="5904" w:type="dxa"/>
          </w:tcPr>
          <w:p w14:paraId="5264CC0F" w14:textId="77777777" w:rsidR="00E50C73" w:rsidRDefault="00735D78">
            <w:r>
              <w:rPr>
                <w:sz w:val="16"/>
              </w:rPr>
              <w:t>Languages for markings and operational manuals: English</w:t>
            </w:r>
          </w:p>
        </w:tc>
        <w:tc>
          <w:tcPr>
            <w:tcW w:w="1944" w:type="dxa"/>
          </w:tcPr>
          <w:p w14:paraId="7FF53A14" w14:textId="77777777" w:rsidR="00E50C73" w:rsidRDefault="00735D78">
            <w:r>
              <w:rPr>
                <w:sz w:val="16"/>
              </w:rPr>
              <w:t>☐</w:t>
            </w:r>
            <w:r>
              <w:rPr>
                <w:sz w:val="16"/>
              </w:rPr>
              <w:t xml:space="preserve"> Yes   ☐ No</w:t>
            </w:r>
          </w:p>
        </w:tc>
        <w:tc>
          <w:tcPr>
            <w:tcW w:w="6408" w:type="dxa"/>
          </w:tcPr>
          <w:p w14:paraId="7DC22146" w14:textId="77777777" w:rsidR="00E50C73" w:rsidRDefault="00E50C73"/>
        </w:tc>
      </w:tr>
      <w:tr w:rsidR="00E50C73" w14:paraId="5ED811D0" w14:textId="77777777">
        <w:trPr>
          <w:jc w:val="center"/>
        </w:trPr>
        <w:tc>
          <w:tcPr>
            <w:tcW w:w="792" w:type="dxa"/>
            <w:shd w:val="clear" w:color="auto" w:fill="D9EAF7"/>
          </w:tcPr>
          <w:p w14:paraId="1EB0E2D7" w14:textId="77777777" w:rsidR="00E50C73" w:rsidRDefault="00735D78">
            <w:r>
              <w:rPr>
                <w:b/>
                <w:sz w:val="16"/>
              </w:rPr>
              <w:t>4</w:t>
            </w:r>
          </w:p>
        </w:tc>
        <w:tc>
          <w:tcPr>
            <w:tcW w:w="5904" w:type="dxa"/>
            <w:shd w:val="clear" w:color="auto" w:fill="D9EAF7"/>
          </w:tcPr>
          <w:p w14:paraId="02FB2162" w14:textId="77777777" w:rsidR="00E50C73" w:rsidRDefault="00735D78">
            <w:r>
              <w:rPr>
                <w:b/>
                <w:sz w:val="16"/>
              </w:rPr>
              <w:t>OPTIONAL additional list of Dosimetry Equipment (variations from IAEA Core Generic Specification 3DSWPH01)</w:t>
            </w:r>
          </w:p>
        </w:tc>
        <w:tc>
          <w:tcPr>
            <w:tcW w:w="1944" w:type="dxa"/>
            <w:shd w:val="clear" w:color="auto" w:fill="D9EAF7"/>
          </w:tcPr>
          <w:p w14:paraId="773C66D1" w14:textId="77777777" w:rsidR="00E50C73" w:rsidRDefault="00E50C73"/>
        </w:tc>
        <w:tc>
          <w:tcPr>
            <w:tcW w:w="6408" w:type="dxa"/>
            <w:shd w:val="clear" w:color="auto" w:fill="D9EAF7"/>
          </w:tcPr>
          <w:p w14:paraId="6341654C" w14:textId="77777777" w:rsidR="00E50C73" w:rsidRDefault="00E50C73"/>
        </w:tc>
      </w:tr>
      <w:tr w:rsidR="00E50C73" w14:paraId="00158550" w14:textId="77777777">
        <w:trPr>
          <w:jc w:val="center"/>
        </w:trPr>
        <w:tc>
          <w:tcPr>
            <w:tcW w:w="792" w:type="dxa"/>
          </w:tcPr>
          <w:p w14:paraId="22304669" w14:textId="77777777" w:rsidR="00E50C73" w:rsidRDefault="00735D78">
            <w:r>
              <w:rPr>
                <w:sz w:val="16"/>
              </w:rPr>
              <w:t>4.1</w:t>
            </w:r>
          </w:p>
        </w:tc>
        <w:tc>
          <w:tcPr>
            <w:tcW w:w="5904" w:type="dxa"/>
          </w:tcPr>
          <w:p w14:paraId="3109E890" w14:textId="77777777" w:rsidR="00E50C73" w:rsidRDefault="00735D78">
            <w:r>
              <w:rPr>
                <w:sz w:val="16"/>
              </w:rPr>
              <w:t>Reference-class single-channel electrometer for radiotherapy dosimetry with TNC connector, capable of operation with selectable bias voltage from 0 to ±400 V. Quantity: 1</w:t>
            </w:r>
          </w:p>
        </w:tc>
        <w:tc>
          <w:tcPr>
            <w:tcW w:w="1944" w:type="dxa"/>
          </w:tcPr>
          <w:p w14:paraId="642B9B8D" w14:textId="77777777" w:rsidR="00E50C73" w:rsidRDefault="00735D78">
            <w:r>
              <w:rPr>
                <w:sz w:val="16"/>
              </w:rPr>
              <w:t>☐</w:t>
            </w:r>
            <w:r>
              <w:rPr>
                <w:sz w:val="16"/>
              </w:rPr>
              <w:t xml:space="preserve"> Yes   ☐ No</w:t>
            </w:r>
          </w:p>
        </w:tc>
        <w:tc>
          <w:tcPr>
            <w:tcW w:w="6408" w:type="dxa"/>
          </w:tcPr>
          <w:p w14:paraId="77FB55BF" w14:textId="77777777" w:rsidR="00E50C73" w:rsidRDefault="00E50C73"/>
        </w:tc>
      </w:tr>
      <w:tr w:rsidR="00E50C73" w14:paraId="3DD052BE" w14:textId="77777777">
        <w:trPr>
          <w:jc w:val="center"/>
        </w:trPr>
        <w:tc>
          <w:tcPr>
            <w:tcW w:w="792" w:type="dxa"/>
          </w:tcPr>
          <w:p w14:paraId="54A80A87" w14:textId="77777777" w:rsidR="00E50C73" w:rsidRDefault="00735D78">
            <w:r>
              <w:rPr>
                <w:sz w:val="16"/>
              </w:rPr>
              <w:t>4.2</w:t>
            </w:r>
          </w:p>
        </w:tc>
        <w:tc>
          <w:tcPr>
            <w:tcW w:w="5904" w:type="dxa"/>
          </w:tcPr>
          <w:p w14:paraId="4DA8CD49" w14:textId="77777777" w:rsidR="00E50C73" w:rsidRDefault="00735D78">
            <w:r>
              <w:rPr>
                <w:sz w:val="16"/>
              </w:rPr>
              <w:t>Calibrated waterproof cylindrical Farmer-type ionization chamber with nominal sensitive volume of approximately 0.6 cm³, TNC connector, supplied with a calibration certificate including ND,w calibration coefficient for Co-60 traceable to an SSDL or ACDS/PSDL. Quantity: 1</w:t>
            </w:r>
          </w:p>
        </w:tc>
        <w:tc>
          <w:tcPr>
            <w:tcW w:w="1944" w:type="dxa"/>
          </w:tcPr>
          <w:p w14:paraId="5FD854BE" w14:textId="77777777" w:rsidR="00E50C73" w:rsidRDefault="00735D78">
            <w:r>
              <w:rPr>
                <w:sz w:val="16"/>
              </w:rPr>
              <w:t>☐</w:t>
            </w:r>
            <w:r>
              <w:rPr>
                <w:sz w:val="16"/>
              </w:rPr>
              <w:t xml:space="preserve"> Yes   ☐ No</w:t>
            </w:r>
          </w:p>
        </w:tc>
        <w:tc>
          <w:tcPr>
            <w:tcW w:w="6408" w:type="dxa"/>
          </w:tcPr>
          <w:p w14:paraId="0937D418" w14:textId="77777777" w:rsidR="00E50C73" w:rsidRDefault="00E50C73"/>
        </w:tc>
      </w:tr>
      <w:tr w:rsidR="00E50C73" w14:paraId="51F23801" w14:textId="77777777">
        <w:trPr>
          <w:jc w:val="center"/>
        </w:trPr>
        <w:tc>
          <w:tcPr>
            <w:tcW w:w="792" w:type="dxa"/>
          </w:tcPr>
          <w:p w14:paraId="7C031B6F" w14:textId="77777777" w:rsidR="00E50C73" w:rsidRDefault="00735D78">
            <w:r>
              <w:rPr>
                <w:sz w:val="16"/>
              </w:rPr>
              <w:lastRenderedPageBreak/>
              <w:t>4.3</w:t>
            </w:r>
          </w:p>
        </w:tc>
        <w:tc>
          <w:tcPr>
            <w:tcW w:w="5904" w:type="dxa"/>
          </w:tcPr>
          <w:p w14:paraId="1E407E6B" w14:textId="77777777" w:rsidR="00E50C73" w:rsidRDefault="00735D78">
            <w:r>
              <w:rPr>
                <w:sz w:val="16"/>
              </w:rPr>
              <w:t>Calibrated waterproof parallel-plate ionization chamber suitable for reference and relative electron beam dosimetry, with TNC connector and calibration certificate traceable to an SSDL or ACDS/PSDL. Quantity: 1</w:t>
            </w:r>
          </w:p>
        </w:tc>
        <w:tc>
          <w:tcPr>
            <w:tcW w:w="1944" w:type="dxa"/>
          </w:tcPr>
          <w:p w14:paraId="2B3E838C" w14:textId="77777777" w:rsidR="00E50C73" w:rsidRDefault="00735D78">
            <w:r>
              <w:rPr>
                <w:sz w:val="16"/>
              </w:rPr>
              <w:t>☐</w:t>
            </w:r>
            <w:r>
              <w:rPr>
                <w:sz w:val="16"/>
              </w:rPr>
              <w:t xml:space="preserve"> Yes   ☐ No</w:t>
            </w:r>
          </w:p>
        </w:tc>
        <w:tc>
          <w:tcPr>
            <w:tcW w:w="6408" w:type="dxa"/>
          </w:tcPr>
          <w:p w14:paraId="18495FF0" w14:textId="77777777" w:rsidR="00E50C73" w:rsidRDefault="00E50C73"/>
        </w:tc>
      </w:tr>
      <w:tr w:rsidR="00E50C73" w14:paraId="4EC5247A" w14:textId="77777777">
        <w:trPr>
          <w:jc w:val="center"/>
        </w:trPr>
        <w:tc>
          <w:tcPr>
            <w:tcW w:w="792" w:type="dxa"/>
          </w:tcPr>
          <w:p w14:paraId="545B5295" w14:textId="77777777" w:rsidR="00E50C73" w:rsidRDefault="00735D78">
            <w:r>
              <w:rPr>
                <w:sz w:val="16"/>
              </w:rPr>
              <w:t>4.4</w:t>
            </w:r>
          </w:p>
        </w:tc>
        <w:tc>
          <w:tcPr>
            <w:tcW w:w="5904" w:type="dxa"/>
          </w:tcPr>
          <w:p w14:paraId="4E7BFE43" w14:textId="5974726D" w:rsidR="00E50C73" w:rsidRDefault="00735D78">
            <w:proofErr w:type="gramStart"/>
            <w:r>
              <w:rPr>
                <w:sz w:val="16"/>
              </w:rPr>
              <w:t>Low-noise</w:t>
            </w:r>
            <w:proofErr w:type="gramEnd"/>
            <w:r>
              <w:rPr>
                <w:sz w:val="16"/>
              </w:rPr>
              <w:t xml:space="preserve"> triaxial extension cable, minimum length 20 m, with TNC connectors compatible with the supplied electrometer and detectors. Quantity: 1</w:t>
            </w:r>
          </w:p>
        </w:tc>
        <w:tc>
          <w:tcPr>
            <w:tcW w:w="1944" w:type="dxa"/>
          </w:tcPr>
          <w:p w14:paraId="05D62BE8" w14:textId="77777777" w:rsidR="00E50C73" w:rsidRDefault="00735D78">
            <w:r>
              <w:rPr>
                <w:sz w:val="16"/>
              </w:rPr>
              <w:t>☐</w:t>
            </w:r>
            <w:r>
              <w:rPr>
                <w:sz w:val="16"/>
              </w:rPr>
              <w:t xml:space="preserve"> Yes   ☐ No</w:t>
            </w:r>
          </w:p>
        </w:tc>
        <w:tc>
          <w:tcPr>
            <w:tcW w:w="6408" w:type="dxa"/>
          </w:tcPr>
          <w:p w14:paraId="045F156A" w14:textId="77777777" w:rsidR="00E50C73" w:rsidRDefault="00E50C73"/>
        </w:tc>
      </w:tr>
      <w:tr w:rsidR="00E50C73" w14:paraId="7B7B3230" w14:textId="77777777">
        <w:trPr>
          <w:jc w:val="center"/>
        </w:trPr>
        <w:tc>
          <w:tcPr>
            <w:tcW w:w="792" w:type="dxa"/>
          </w:tcPr>
          <w:p w14:paraId="7C153329" w14:textId="77777777" w:rsidR="00E50C73" w:rsidRDefault="00735D78">
            <w:r>
              <w:rPr>
                <w:sz w:val="16"/>
              </w:rPr>
              <w:t>4.5</w:t>
            </w:r>
          </w:p>
        </w:tc>
        <w:tc>
          <w:tcPr>
            <w:tcW w:w="5904" w:type="dxa"/>
          </w:tcPr>
          <w:p w14:paraId="545899BD" w14:textId="77777777" w:rsidR="00E50C73" w:rsidRDefault="00735D78">
            <w:r>
              <w:rPr>
                <w:sz w:val="16"/>
              </w:rPr>
              <w:t>Portable one-dimensional scanning water phantom suitable for absolute dosimetry, depth-dose measurements and beam quality determination. Quantity: 1</w:t>
            </w:r>
          </w:p>
        </w:tc>
        <w:tc>
          <w:tcPr>
            <w:tcW w:w="1944" w:type="dxa"/>
          </w:tcPr>
          <w:p w14:paraId="660ECC96" w14:textId="77777777" w:rsidR="00E50C73" w:rsidRDefault="00735D78">
            <w:r>
              <w:rPr>
                <w:sz w:val="16"/>
              </w:rPr>
              <w:t>☐</w:t>
            </w:r>
            <w:r>
              <w:rPr>
                <w:sz w:val="16"/>
              </w:rPr>
              <w:t xml:space="preserve"> Yes   ☐ No</w:t>
            </w:r>
          </w:p>
        </w:tc>
        <w:tc>
          <w:tcPr>
            <w:tcW w:w="6408" w:type="dxa"/>
          </w:tcPr>
          <w:p w14:paraId="60CB8A08" w14:textId="77777777" w:rsidR="00E50C73" w:rsidRDefault="00E50C73"/>
        </w:tc>
      </w:tr>
      <w:tr w:rsidR="00E50C73" w14:paraId="6BEC8586" w14:textId="77777777">
        <w:trPr>
          <w:jc w:val="center"/>
        </w:trPr>
        <w:tc>
          <w:tcPr>
            <w:tcW w:w="792" w:type="dxa"/>
          </w:tcPr>
          <w:p w14:paraId="4041611C" w14:textId="77777777" w:rsidR="00E50C73" w:rsidRDefault="00735D78">
            <w:r>
              <w:rPr>
                <w:sz w:val="16"/>
              </w:rPr>
              <w:t>4.6</w:t>
            </w:r>
          </w:p>
        </w:tc>
        <w:tc>
          <w:tcPr>
            <w:tcW w:w="5904" w:type="dxa"/>
          </w:tcPr>
          <w:p w14:paraId="27374AD0" w14:textId="77777777" w:rsidR="00E50C73" w:rsidRDefault="00735D78">
            <w:r>
              <w:rPr>
                <w:sz w:val="16"/>
              </w:rPr>
              <w:t>Detector suitable for small-field dosimetry in accordance with IAEA TRS-483, the detector shall be suitable for stereotactic beam measurements, output factor determination and beam profile measurements, and shall be supplied with TNC-compatible connectivity. Quantity: 1</w:t>
            </w:r>
          </w:p>
        </w:tc>
        <w:tc>
          <w:tcPr>
            <w:tcW w:w="1944" w:type="dxa"/>
          </w:tcPr>
          <w:p w14:paraId="0F3DC6A9" w14:textId="77777777" w:rsidR="00E50C73" w:rsidRDefault="00735D78">
            <w:r>
              <w:rPr>
                <w:sz w:val="16"/>
              </w:rPr>
              <w:t>☐</w:t>
            </w:r>
            <w:r>
              <w:rPr>
                <w:sz w:val="16"/>
              </w:rPr>
              <w:t xml:space="preserve"> Yes   ☐ No</w:t>
            </w:r>
          </w:p>
        </w:tc>
        <w:tc>
          <w:tcPr>
            <w:tcW w:w="6408" w:type="dxa"/>
          </w:tcPr>
          <w:p w14:paraId="4FFB049B" w14:textId="77777777" w:rsidR="00E50C73" w:rsidRDefault="00E50C73"/>
        </w:tc>
      </w:tr>
      <w:tr w:rsidR="00E50C73" w14:paraId="36C05C6D" w14:textId="77777777">
        <w:trPr>
          <w:jc w:val="center"/>
        </w:trPr>
        <w:tc>
          <w:tcPr>
            <w:tcW w:w="792" w:type="dxa"/>
          </w:tcPr>
          <w:p w14:paraId="6BCB5000" w14:textId="77777777" w:rsidR="00E50C73" w:rsidRDefault="00735D78">
            <w:r>
              <w:rPr>
                <w:sz w:val="16"/>
              </w:rPr>
              <w:t>4.7</w:t>
            </w:r>
          </w:p>
        </w:tc>
        <w:tc>
          <w:tcPr>
            <w:tcW w:w="5904" w:type="dxa"/>
          </w:tcPr>
          <w:p w14:paraId="71C9069C" w14:textId="169359D0" w:rsidR="00E50C73" w:rsidRDefault="00735D78">
            <w:r>
              <w:rPr>
                <w:sz w:val="16"/>
              </w:rPr>
              <w:t>Detector holders compatible with Items 4.2, 4.3 and 4.6 for use with the 1D water phantom specified in Item 4.5. Quantity: 1</w:t>
            </w:r>
          </w:p>
        </w:tc>
        <w:tc>
          <w:tcPr>
            <w:tcW w:w="1944" w:type="dxa"/>
          </w:tcPr>
          <w:p w14:paraId="480F7D31" w14:textId="77777777" w:rsidR="00E50C73" w:rsidRDefault="00735D78">
            <w:r>
              <w:rPr>
                <w:sz w:val="16"/>
              </w:rPr>
              <w:t>☐</w:t>
            </w:r>
            <w:r>
              <w:rPr>
                <w:sz w:val="16"/>
              </w:rPr>
              <w:t xml:space="preserve"> Yes   ☐ No</w:t>
            </w:r>
          </w:p>
        </w:tc>
        <w:tc>
          <w:tcPr>
            <w:tcW w:w="6408" w:type="dxa"/>
          </w:tcPr>
          <w:p w14:paraId="154297A5" w14:textId="77777777" w:rsidR="00E50C73" w:rsidRDefault="00E50C73"/>
        </w:tc>
      </w:tr>
      <w:tr w:rsidR="00E50C73" w14:paraId="28EF5C16" w14:textId="77777777">
        <w:trPr>
          <w:jc w:val="center"/>
        </w:trPr>
        <w:tc>
          <w:tcPr>
            <w:tcW w:w="792" w:type="dxa"/>
          </w:tcPr>
          <w:p w14:paraId="0CA68004" w14:textId="77777777" w:rsidR="00E50C73" w:rsidRDefault="00735D78">
            <w:r>
              <w:rPr>
                <w:sz w:val="16"/>
              </w:rPr>
              <w:t>4.8</w:t>
            </w:r>
          </w:p>
        </w:tc>
        <w:tc>
          <w:tcPr>
            <w:tcW w:w="5904" w:type="dxa"/>
          </w:tcPr>
          <w:p w14:paraId="6A89D8B1" w14:textId="77777777" w:rsidR="00E50C73" w:rsidRDefault="00735D78">
            <w:r>
              <w:rPr>
                <w:sz w:val="16"/>
              </w:rPr>
              <w:t>LINAC alignment phantom (e.g. cube phantom or rotating test plate) suitable for verification of optical distance indicator, treatment-field crosshairs, room lasers and light-field coincidence at gantry angles 0°, 90° and 270°. Quantity: 1</w:t>
            </w:r>
          </w:p>
        </w:tc>
        <w:tc>
          <w:tcPr>
            <w:tcW w:w="1944" w:type="dxa"/>
          </w:tcPr>
          <w:p w14:paraId="454AE3D4" w14:textId="77777777" w:rsidR="00E50C73" w:rsidRDefault="00735D78">
            <w:r>
              <w:rPr>
                <w:sz w:val="16"/>
              </w:rPr>
              <w:t>☐</w:t>
            </w:r>
            <w:r>
              <w:rPr>
                <w:sz w:val="16"/>
              </w:rPr>
              <w:t xml:space="preserve"> Yes   ☐ No</w:t>
            </w:r>
          </w:p>
        </w:tc>
        <w:tc>
          <w:tcPr>
            <w:tcW w:w="6408" w:type="dxa"/>
          </w:tcPr>
          <w:p w14:paraId="65131A93" w14:textId="77777777" w:rsidR="00E50C73" w:rsidRDefault="00E50C73"/>
        </w:tc>
      </w:tr>
      <w:tr w:rsidR="00E50C73" w14:paraId="38C6DCA9" w14:textId="77777777">
        <w:trPr>
          <w:jc w:val="center"/>
        </w:trPr>
        <w:tc>
          <w:tcPr>
            <w:tcW w:w="792" w:type="dxa"/>
          </w:tcPr>
          <w:p w14:paraId="01AC73F0" w14:textId="77777777" w:rsidR="00E50C73" w:rsidRDefault="00735D78">
            <w:r>
              <w:rPr>
                <w:sz w:val="16"/>
              </w:rPr>
              <w:t>4.9</w:t>
            </w:r>
          </w:p>
        </w:tc>
        <w:tc>
          <w:tcPr>
            <w:tcW w:w="5904" w:type="dxa"/>
          </w:tcPr>
          <w:p w14:paraId="4FE87DA7" w14:textId="77777777" w:rsidR="00E50C73" w:rsidRDefault="00735D78">
            <w:r>
              <w:rPr>
                <w:sz w:val="16"/>
              </w:rPr>
              <w:t>PMMA CT simulator laser-alignment phantom incorporating 2 mm alignment notches for verification of sagittal, lateral and ceiling laser positioning. Quantity: 1</w:t>
            </w:r>
          </w:p>
        </w:tc>
        <w:tc>
          <w:tcPr>
            <w:tcW w:w="1944" w:type="dxa"/>
          </w:tcPr>
          <w:p w14:paraId="252943BE" w14:textId="77777777" w:rsidR="00E50C73" w:rsidRDefault="00735D78">
            <w:r>
              <w:rPr>
                <w:sz w:val="16"/>
              </w:rPr>
              <w:t>☐</w:t>
            </w:r>
            <w:r>
              <w:rPr>
                <w:sz w:val="16"/>
              </w:rPr>
              <w:t xml:space="preserve"> Yes   ☐ No</w:t>
            </w:r>
          </w:p>
        </w:tc>
        <w:tc>
          <w:tcPr>
            <w:tcW w:w="6408" w:type="dxa"/>
          </w:tcPr>
          <w:p w14:paraId="3B1892DC" w14:textId="77777777" w:rsidR="00E50C73" w:rsidRDefault="00E50C73"/>
        </w:tc>
      </w:tr>
      <w:tr w:rsidR="00E50C73" w14:paraId="3D2DBF69" w14:textId="77777777">
        <w:trPr>
          <w:jc w:val="center"/>
        </w:trPr>
        <w:tc>
          <w:tcPr>
            <w:tcW w:w="792" w:type="dxa"/>
          </w:tcPr>
          <w:p w14:paraId="400C17F6" w14:textId="77777777" w:rsidR="00E50C73" w:rsidRDefault="00735D78">
            <w:r>
              <w:rPr>
                <w:sz w:val="16"/>
              </w:rPr>
              <w:t>4.10</w:t>
            </w:r>
          </w:p>
        </w:tc>
        <w:tc>
          <w:tcPr>
            <w:tcW w:w="5904" w:type="dxa"/>
          </w:tcPr>
          <w:p w14:paraId="2B0006AB" w14:textId="77777777" w:rsidR="00E50C73" w:rsidRDefault="00735D78">
            <w:r>
              <w:rPr>
                <w:sz w:val="16"/>
              </w:rPr>
              <w:t>Daily Quality Assurance constancy device for automated verification of external beam radiotherapy treatment units. The system shall provide simultaneous measurement of beam output, symmetry and flatness using a minimum of five detectors and shall be suitable for use with linear accelerators and cobalt-60 teletherapy units where applicable. The device shall provide trend analysis, data storage and automated reporting of daily QA results. Quantity: 2</w:t>
            </w:r>
          </w:p>
        </w:tc>
        <w:tc>
          <w:tcPr>
            <w:tcW w:w="1944" w:type="dxa"/>
          </w:tcPr>
          <w:p w14:paraId="3B0CA0D8" w14:textId="77777777" w:rsidR="00E50C73" w:rsidRDefault="00735D78">
            <w:r>
              <w:rPr>
                <w:sz w:val="16"/>
              </w:rPr>
              <w:t>☐</w:t>
            </w:r>
            <w:r>
              <w:rPr>
                <w:sz w:val="16"/>
              </w:rPr>
              <w:t xml:space="preserve"> Yes   ☐ No</w:t>
            </w:r>
          </w:p>
        </w:tc>
        <w:tc>
          <w:tcPr>
            <w:tcW w:w="6408" w:type="dxa"/>
          </w:tcPr>
          <w:p w14:paraId="6E834653" w14:textId="77777777" w:rsidR="00E50C73" w:rsidRDefault="00E50C73"/>
        </w:tc>
      </w:tr>
      <w:tr w:rsidR="00E50C73" w14:paraId="2D3F6D2B" w14:textId="77777777">
        <w:trPr>
          <w:jc w:val="center"/>
        </w:trPr>
        <w:tc>
          <w:tcPr>
            <w:tcW w:w="792" w:type="dxa"/>
          </w:tcPr>
          <w:p w14:paraId="1F14F04B" w14:textId="77777777" w:rsidR="00E50C73" w:rsidRDefault="00735D78">
            <w:r>
              <w:rPr>
                <w:sz w:val="16"/>
              </w:rPr>
              <w:t>4.11</w:t>
            </w:r>
          </w:p>
        </w:tc>
        <w:tc>
          <w:tcPr>
            <w:tcW w:w="5904" w:type="dxa"/>
          </w:tcPr>
          <w:p w14:paraId="01533C3A" w14:textId="77777777" w:rsidR="00E50C73" w:rsidRDefault="00735D78">
            <w:r>
              <w:rPr>
                <w:sz w:val="16"/>
              </w:rPr>
              <w:t>Radiochromic films for radiotherapy dosimetry and quality assurance, suitable for high-resolution measurement of beam profiles, output factors, patient-specific QA and small-field dosimetry. Films shall be supplied with associated calibration and handling recommendations. Quantity: 2 boxes</w:t>
            </w:r>
          </w:p>
        </w:tc>
        <w:tc>
          <w:tcPr>
            <w:tcW w:w="1944" w:type="dxa"/>
          </w:tcPr>
          <w:p w14:paraId="713A1B6A" w14:textId="77777777" w:rsidR="00E50C73" w:rsidRDefault="00735D78">
            <w:r>
              <w:rPr>
                <w:sz w:val="16"/>
              </w:rPr>
              <w:t>☐</w:t>
            </w:r>
            <w:r>
              <w:rPr>
                <w:sz w:val="16"/>
              </w:rPr>
              <w:t xml:space="preserve"> Yes   ☐ No</w:t>
            </w:r>
          </w:p>
        </w:tc>
        <w:tc>
          <w:tcPr>
            <w:tcW w:w="6408" w:type="dxa"/>
          </w:tcPr>
          <w:p w14:paraId="5D3AA100" w14:textId="77777777" w:rsidR="00E50C73" w:rsidRDefault="00E50C73"/>
        </w:tc>
      </w:tr>
      <w:tr w:rsidR="00E50C73" w14:paraId="173A69EE" w14:textId="77777777">
        <w:trPr>
          <w:jc w:val="center"/>
        </w:trPr>
        <w:tc>
          <w:tcPr>
            <w:tcW w:w="792" w:type="dxa"/>
            <w:shd w:val="clear" w:color="auto" w:fill="D9EAF7"/>
          </w:tcPr>
          <w:p w14:paraId="754BE13C" w14:textId="77777777" w:rsidR="00E50C73" w:rsidRDefault="00E50C73"/>
        </w:tc>
        <w:tc>
          <w:tcPr>
            <w:tcW w:w="5904" w:type="dxa"/>
            <w:shd w:val="clear" w:color="auto" w:fill="D9EAF7"/>
          </w:tcPr>
          <w:p w14:paraId="7B0CBA19" w14:textId="77777777" w:rsidR="00E50C73" w:rsidRDefault="00735D78">
            <w:r>
              <w:rPr>
                <w:b/>
                <w:sz w:val="16"/>
              </w:rPr>
              <w:t>Core Specifications 3DSWPH01</w:t>
            </w:r>
          </w:p>
        </w:tc>
        <w:tc>
          <w:tcPr>
            <w:tcW w:w="1944" w:type="dxa"/>
            <w:shd w:val="clear" w:color="auto" w:fill="D9EAF7"/>
          </w:tcPr>
          <w:p w14:paraId="324C424D" w14:textId="77777777" w:rsidR="00E50C73" w:rsidRDefault="00E50C73"/>
        </w:tc>
        <w:tc>
          <w:tcPr>
            <w:tcW w:w="6408" w:type="dxa"/>
            <w:shd w:val="clear" w:color="auto" w:fill="D9EAF7"/>
          </w:tcPr>
          <w:p w14:paraId="32984922" w14:textId="77777777" w:rsidR="00E50C73" w:rsidRDefault="00E50C73"/>
        </w:tc>
      </w:tr>
      <w:tr w:rsidR="00E50C73" w14:paraId="339E06EE" w14:textId="77777777">
        <w:trPr>
          <w:jc w:val="center"/>
        </w:trPr>
        <w:tc>
          <w:tcPr>
            <w:tcW w:w="792" w:type="dxa"/>
            <w:shd w:val="clear" w:color="auto" w:fill="D9EAF7"/>
          </w:tcPr>
          <w:p w14:paraId="36FE9B5D" w14:textId="77777777" w:rsidR="00E50C73" w:rsidRDefault="00735D78">
            <w:r>
              <w:rPr>
                <w:b/>
                <w:sz w:val="16"/>
              </w:rPr>
              <w:t>4.1</w:t>
            </w:r>
          </w:p>
        </w:tc>
        <w:tc>
          <w:tcPr>
            <w:tcW w:w="5904" w:type="dxa"/>
            <w:shd w:val="clear" w:color="auto" w:fill="D9EAF7"/>
          </w:tcPr>
          <w:p w14:paraId="609B18B3" w14:textId="77777777" w:rsidR="00E50C73" w:rsidRDefault="00735D78">
            <w:r>
              <w:rPr>
                <w:b/>
                <w:sz w:val="16"/>
              </w:rPr>
              <w:t>Functional and Performance requirements: The System shall include the following equipment and functionality:</w:t>
            </w:r>
          </w:p>
        </w:tc>
        <w:tc>
          <w:tcPr>
            <w:tcW w:w="1944" w:type="dxa"/>
            <w:shd w:val="clear" w:color="auto" w:fill="D9EAF7"/>
          </w:tcPr>
          <w:p w14:paraId="390F63AB" w14:textId="77777777" w:rsidR="00E50C73" w:rsidRDefault="00E50C73"/>
        </w:tc>
        <w:tc>
          <w:tcPr>
            <w:tcW w:w="6408" w:type="dxa"/>
            <w:shd w:val="clear" w:color="auto" w:fill="D9EAF7"/>
          </w:tcPr>
          <w:p w14:paraId="1E6F6C64" w14:textId="77777777" w:rsidR="00E50C73" w:rsidRDefault="00E50C73"/>
        </w:tc>
      </w:tr>
      <w:tr w:rsidR="00E50C73" w14:paraId="145926DA" w14:textId="77777777">
        <w:trPr>
          <w:jc w:val="center"/>
        </w:trPr>
        <w:tc>
          <w:tcPr>
            <w:tcW w:w="792" w:type="dxa"/>
          </w:tcPr>
          <w:p w14:paraId="507CA0B1" w14:textId="77777777" w:rsidR="00E50C73" w:rsidRDefault="00735D78">
            <w:r>
              <w:rPr>
                <w:sz w:val="16"/>
              </w:rPr>
              <w:t>4.1.1</w:t>
            </w:r>
          </w:p>
        </w:tc>
        <w:tc>
          <w:tcPr>
            <w:tcW w:w="5904" w:type="dxa"/>
          </w:tcPr>
          <w:p w14:paraId="582D8409" w14:textId="77777777" w:rsidR="00E50C73" w:rsidRDefault="00735D78">
            <w:r>
              <w:rPr>
                <w:sz w:val="16"/>
              </w:rPr>
              <w:t>A portable water tank, reservoir, lift table, controller, dual-channel electrometer, detectors, software and computer capable of automated measurement of relative beam dosimetry, suitable for Varian TrueBeam and Halcyon linacs.</w:t>
            </w:r>
          </w:p>
        </w:tc>
        <w:tc>
          <w:tcPr>
            <w:tcW w:w="1944" w:type="dxa"/>
          </w:tcPr>
          <w:p w14:paraId="652F3006" w14:textId="77777777" w:rsidR="00E50C73" w:rsidRDefault="00735D78">
            <w:r>
              <w:rPr>
                <w:sz w:val="16"/>
              </w:rPr>
              <w:t>☐</w:t>
            </w:r>
            <w:r>
              <w:rPr>
                <w:sz w:val="16"/>
              </w:rPr>
              <w:t xml:space="preserve"> Yes   ☐ No</w:t>
            </w:r>
          </w:p>
        </w:tc>
        <w:tc>
          <w:tcPr>
            <w:tcW w:w="6408" w:type="dxa"/>
          </w:tcPr>
          <w:p w14:paraId="5E523F74" w14:textId="77777777" w:rsidR="00E50C73" w:rsidRDefault="00E50C73"/>
        </w:tc>
      </w:tr>
      <w:tr w:rsidR="00E50C73" w14:paraId="2229688E" w14:textId="77777777">
        <w:trPr>
          <w:jc w:val="center"/>
        </w:trPr>
        <w:tc>
          <w:tcPr>
            <w:tcW w:w="792" w:type="dxa"/>
          </w:tcPr>
          <w:p w14:paraId="3B342747" w14:textId="77777777" w:rsidR="00E50C73" w:rsidRDefault="00735D78">
            <w:r>
              <w:rPr>
                <w:sz w:val="16"/>
              </w:rPr>
              <w:t>4.1.2</w:t>
            </w:r>
          </w:p>
        </w:tc>
        <w:tc>
          <w:tcPr>
            <w:tcW w:w="5904" w:type="dxa"/>
          </w:tcPr>
          <w:p w14:paraId="5AD39D77" w14:textId="77777777" w:rsidR="00E50C73" w:rsidRDefault="00735D78">
            <w:r>
              <w:rPr>
                <w:sz w:val="16"/>
              </w:rPr>
              <w:t>The relevant software and license for the generation of beam data file, suitable for export to the defined treatment planning system.</w:t>
            </w:r>
          </w:p>
        </w:tc>
        <w:tc>
          <w:tcPr>
            <w:tcW w:w="1944" w:type="dxa"/>
          </w:tcPr>
          <w:p w14:paraId="034CD3CC" w14:textId="77777777" w:rsidR="00E50C73" w:rsidRDefault="00735D78">
            <w:r>
              <w:rPr>
                <w:sz w:val="16"/>
              </w:rPr>
              <w:t>☐</w:t>
            </w:r>
            <w:r>
              <w:rPr>
                <w:sz w:val="16"/>
              </w:rPr>
              <w:t xml:space="preserve"> Yes   ☐ No</w:t>
            </w:r>
          </w:p>
        </w:tc>
        <w:tc>
          <w:tcPr>
            <w:tcW w:w="6408" w:type="dxa"/>
          </w:tcPr>
          <w:p w14:paraId="3565EC5C" w14:textId="77777777" w:rsidR="00E50C73" w:rsidRDefault="00E50C73"/>
        </w:tc>
      </w:tr>
      <w:tr w:rsidR="00E50C73" w14:paraId="26931FB8" w14:textId="77777777">
        <w:trPr>
          <w:jc w:val="center"/>
        </w:trPr>
        <w:tc>
          <w:tcPr>
            <w:tcW w:w="792" w:type="dxa"/>
            <w:shd w:val="clear" w:color="auto" w:fill="D9EAF7"/>
          </w:tcPr>
          <w:p w14:paraId="299CE5FB" w14:textId="77777777" w:rsidR="00E50C73" w:rsidRDefault="00735D78">
            <w:r>
              <w:rPr>
                <w:b/>
                <w:sz w:val="16"/>
              </w:rPr>
              <w:t>4.2</w:t>
            </w:r>
          </w:p>
        </w:tc>
        <w:tc>
          <w:tcPr>
            <w:tcW w:w="5904" w:type="dxa"/>
            <w:shd w:val="clear" w:color="auto" w:fill="D9EAF7"/>
          </w:tcPr>
          <w:p w14:paraId="032F9239" w14:textId="77777777" w:rsidR="00E50C73" w:rsidRDefault="00735D78">
            <w:r>
              <w:rPr>
                <w:b/>
                <w:sz w:val="16"/>
              </w:rPr>
              <w:t xml:space="preserve">Technical requirements: The system shall meet the following technical requirements: </w:t>
            </w:r>
          </w:p>
        </w:tc>
        <w:tc>
          <w:tcPr>
            <w:tcW w:w="1944" w:type="dxa"/>
            <w:shd w:val="clear" w:color="auto" w:fill="D9EAF7"/>
          </w:tcPr>
          <w:p w14:paraId="5309457C" w14:textId="77777777" w:rsidR="00E50C73" w:rsidRDefault="00E50C73"/>
        </w:tc>
        <w:tc>
          <w:tcPr>
            <w:tcW w:w="6408" w:type="dxa"/>
            <w:shd w:val="clear" w:color="auto" w:fill="D9EAF7"/>
          </w:tcPr>
          <w:p w14:paraId="25BB8968" w14:textId="77777777" w:rsidR="00E50C73" w:rsidRDefault="00E50C73"/>
        </w:tc>
      </w:tr>
      <w:tr w:rsidR="00E50C73" w14:paraId="467738F5" w14:textId="77777777">
        <w:trPr>
          <w:jc w:val="center"/>
        </w:trPr>
        <w:tc>
          <w:tcPr>
            <w:tcW w:w="792" w:type="dxa"/>
          </w:tcPr>
          <w:p w14:paraId="75348D83" w14:textId="77777777" w:rsidR="00E50C73" w:rsidRDefault="00735D78">
            <w:r>
              <w:rPr>
                <w:sz w:val="16"/>
              </w:rPr>
              <w:t>4.2.1</w:t>
            </w:r>
          </w:p>
        </w:tc>
        <w:tc>
          <w:tcPr>
            <w:tcW w:w="5904" w:type="dxa"/>
          </w:tcPr>
          <w:p w14:paraId="7C25D937" w14:textId="77777777" w:rsidR="00E50C73" w:rsidRDefault="00735D78">
            <w:r>
              <w:rPr>
                <w:sz w:val="16"/>
              </w:rPr>
              <w:t>Acrylic scanning water phantom providing a minimum effective scanning volume of 480 mm × 480 mm × 400 mm (X, Y and Z axes). The complete phantom assembly shall be compatible with Varian TrueBeam and Halcyon linear accelerators and shall permit acquisition of percentage depth dose (PDD), beam profiles, output factor and beam quality measurements over the specified scanning volume.</w:t>
            </w:r>
          </w:p>
        </w:tc>
        <w:tc>
          <w:tcPr>
            <w:tcW w:w="1944" w:type="dxa"/>
          </w:tcPr>
          <w:p w14:paraId="530B1248" w14:textId="77777777" w:rsidR="00E50C73" w:rsidRDefault="00735D78">
            <w:r>
              <w:rPr>
                <w:sz w:val="16"/>
              </w:rPr>
              <w:t>☐</w:t>
            </w:r>
            <w:r>
              <w:rPr>
                <w:sz w:val="16"/>
              </w:rPr>
              <w:t xml:space="preserve"> Yes   ☐ No</w:t>
            </w:r>
          </w:p>
        </w:tc>
        <w:tc>
          <w:tcPr>
            <w:tcW w:w="6408" w:type="dxa"/>
          </w:tcPr>
          <w:p w14:paraId="6AC9455F" w14:textId="77777777" w:rsidR="00E50C73" w:rsidRDefault="00E50C73"/>
        </w:tc>
      </w:tr>
      <w:tr w:rsidR="00E50C73" w14:paraId="36E174F3" w14:textId="77777777">
        <w:trPr>
          <w:jc w:val="center"/>
        </w:trPr>
        <w:tc>
          <w:tcPr>
            <w:tcW w:w="792" w:type="dxa"/>
          </w:tcPr>
          <w:p w14:paraId="66D0FB20" w14:textId="77777777" w:rsidR="00E50C73" w:rsidRDefault="00735D78">
            <w:r>
              <w:rPr>
                <w:sz w:val="16"/>
              </w:rPr>
              <w:t>4.2.2</w:t>
            </w:r>
          </w:p>
        </w:tc>
        <w:tc>
          <w:tcPr>
            <w:tcW w:w="5904" w:type="dxa"/>
          </w:tcPr>
          <w:p w14:paraId="7A3ED895" w14:textId="77777777" w:rsidR="00E50C73" w:rsidRDefault="00735D78">
            <w:r>
              <w:rPr>
                <w:sz w:val="16"/>
              </w:rPr>
              <w:t>Detector position accuracy shall be ±0.1 mm or better and detector position reproducibility shall be ±0.1 mm or better in all axes. Position resolution shall be 0.1 mm or better. The system shall support both continuous and stepwise acquisition modes.</w:t>
            </w:r>
          </w:p>
        </w:tc>
        <w:tc>
          <w:tcPr>
            <w:tcW w:w="1944" w:type="dxa"/>
          </w:tcPr>
          <w:p w14:paraId="5807C3CA" w14:textId="77777777" w:rsidR="00E50C73" w:rsidRDefault="00735D78">
            <w:r>
              <w:rPr>
                <w:sz w:val="16"/>
              </w:rPr>
              <w:t>☐</w:t>
            </w:r>
            <w:r>
              <w:rPr>
                <w:sz w:val="16"/>
              </w:rPr>
              <w:t xml:space="preserve"> Yes   ☐ No</w:t>
            </w:r>
          </w:p>
        </w:tc>
        <w:tc>
          <w:tcPr>
            <w:tcW w:w="6408" w:type="dxa"/>
          </w:tcPr>
          <w:p w14:paraId="3CEEF95F" w14:textId="77777777" w:rsidR="00E50C73" w:rsidRDefault="00E50C73"/>
        </w:tc>
      </w:tr>
      <w:tr w:rsidR="00E50C73" w14:paraId="53AE6298" w14:textId="77777777">
        <w:trPr>
          <w:jc w:val="center"/>
        </w:trPr>
        <w:tc>
          <w:tcPr>
            <w:tcW w:w="792" w:type="dxa"/>
          </w:tcPr>
          <w:p w14:paraId="0250540A" w14:textId="77777777" w:rsidR="00E50C73" w:rsidRDefault="00735D78">
            <w:r>
              <w:rPr>
                <w:sz w:val="16"/>
              </w:rPr>
              <w:lastRenderedPageBreak/>
              <w:t>4.2.3</w:t>
            </w:r>
          </w:p>
        </w:tc>
        <w:tc>
          <w:tcPr>
            <w:tcW w:w="5904" w:type="dxa"/>
          </w:tcPr>
          <w:p w14:paraId="5EB4BB3A" w14:textId="77777777" w:rsidR="00E50C73" w:rsidRDefault="00735D78">
            <w:r>
              <w:rPr>
                <w:sz w:val="16"/>
              </w:rPr>
              <w:t>Water tank with motorized three-dimensional scanning capability allowing automated acquisition of depth-dose curves, in-plane profiles, cross-plane profiles, diagonal profiles and user-defined scan trajectories. The system shall support simultaneous use of scanning and reference detectors.</w:t>
            </w:r>
          </w:p>
        </w:tc>
        <w:tc>
          <w:tcPr>
            <w:tcW w:w="1944" w:type="dxa"/>
          </w:tcPr>
          <w:p w14:paraId="567F97BB" w14:textId="77777777" w:rsidR="00E50C73" w:rsidRDefault="00735D78">
            <w:r>
              <w:rPr>
                <w:sz w:val="16"/>
              </w:rPr>
              <w:t>☐</w:t>
            </w:r>
            <w:r>
              <w:rPr>
                <w:sz w:val="16"/>
              </w:rPr>
              <w:t xml:space="preserve"> Yes   ☐ No</w:t>
            </w:r>
          </w:p>
        </w:tc>
        <w:tc>
          <w:tcPr>
            <w:tcW w:w="6408" w:type="dxa"/>
          </w:tcPr>
          <w:p w14:paraId="77ECD4D8" w14:textId="77777777" w:rsidR="00E50C73" w:rsidRDefault="00E50C73"/>
        </w:tc>
      </w:tr>
      <w:tr w:rsidR="00E50C73" w14:paraId="68070A12" w14:textId="77777777">
        <w:trPr>
          <w:jc w:val="center"/>
        </w:trPr>
        <w:tc>
          <w:tcPr>
            <w:tcW w:w="792" w:type="dxa"/>
          </w:tcPr>
          <w:p w14:paraId="6409526F" w14:textId="77777777" w:rsidR="00E50C73" w:rsidRDefault="00735D78">
            <w:r>
              <w:rPr>
                <w:sz w:val="16"/>
              </w:rPr>
              <w:t>4.2.4</w:t>
            </w:r>
          </w:p>
        </w:tc>
        <w:tc>
          <w:tcPr>
            <w:tcW w:w="5904" w:type="dxa"/>
          </w:tcPr>
          <w:p w14:paraId="54AC57C5" w14:textId="77777777" w:rsidR="00E50C73" w:rsidRDefault="00735D78">
            <w:r>
              <w:rPr>
                <w:sz w:val="16"/>
              </w:rPr>
              <w:t>Automated acquisition, calculation and analysis of PDD, TPR20/10, TPR and TMR measurements.</w:t>
            </w:r>
          </w:p>
        </w:tc>
        <w:tc>
          <w:tcPr>
            <w:tcW w:w="1944" w:type="dxa"/>
          </w:tcPr>
          <w:p w14:paraId="72B00C89" w14:textId="77777777" w:rsidR="00E50C73" w:rsidRDefault="00735D78">
            <w:r>
              <w:rPr>
                <w:sz w:val="16"/>
              </w:rPr>
              <w:t>☐</w:t>
            </w:r>
            <w:r>
              <w:rPr>
                <w:sz w:val="16"/>
              </w:rPr>
              <w:t xml:space="preserve"> Yes   ☐ No</w:t>
            </w:r>
          </w:p>
        </w:tc>
        <w:tc>
          <w:tcPr>
            <w:tcW w:w="6408" w:type="dxa"/>
          </w:tcPr>
          <w:p w14:paraId="66DDDA27" w14:textId="77777777" w:rsidR="00E50C73" w:rsidRDefault="00E50C73"/>
        </w:tc>
      </w:tr>
      <w:tr w:rsidR="00E50C73" w14:paraId="4FBDB138" w14:textId="77777777">
        <w:trPr>
          <w:jc w:val="center"/>
        </w:trPr>
        <w:tc>
          <w:tcPr>
            <w:tcW w:w="792" w:type="dxa"/>
          </w:tcPr>
          <w:p w14:paraId="711A30B3" w14:textId="77777777" w:rsidR="00E50C73" w:rsidRDefault="00735D78">
            <w:r>
              <w:rPr>
                <w:sz w:val="16"/>
              </w:rPr>
              <w:t>4.2.5</w:t>
            </w:r>
          </w:p>
        </w:tc>
        <w:tc>
          <w:tcPr>
            <w:tcW w:w="5904" w:type="dxa"/>
          </w:tcPr>
          <w:p w14:paraId="14CB2CE7" w14:textId="77777777" w:rsidR="00E50C73" w:rsidRDefault="00735D78">
            <w:r>
              <w:rPr>
                <w:sz w:val="16"/>
              </w:rPr>
              <w:t>Computer-controlled reservoir pump, water level sensor and lift table with a minimum vertical travel range of 500 mm for automated TPR/TMR measurements. The lift table shall safely support the fully filled scanning tank and associated accessories.</w:t>
            </w:r>
          </w:p>
        </w:tc>
        <w:tc>
          <w:tcPr>
            <w:tcW w:w="1944" w:type="dxa"/>
          </w:tcPr>
          <w:p w14:paraId="518666B8" w14:textId="77777777" w:rsidR="00E50C73" w:rsidRDefault="00735D78">
            <w:r>
              <w:rPr>
                <w:sz w:val="16"/>
              </w:rPr>
              <w:t>☐</w:t>
            </w:r>
            <w:r>
              <w:rPr>
                <w:sz w:val="16"/>
              </w:rPr>
              <w:t xml:space="preserve"> Yes   ☐ No</w:t>
            </w:r>
          </w:p>
        </w:tc>
        <w:tc>
          <w:tcPr>
            <w:tcW w:w="6408" w:type="dxa"/>
          </w:tcPr>
          <w:p w14:paraId="2C1F81A7" w14:textId="77777777" w:rsidR="00E50C73" w:rsidRDefault="00E50C73"/>
        </w:tc>
      </w:tr>
      <w:tr w:rsidR="00E50C73" w14:paraId="760901B2" w14:textId="77777777">
        <w:trPr>
          <w:jc w:val="center"/>
        </w:trPr>
        <w:tc>
          <w:tcPr>
            <w:tcW w:w="792" w:type="dxa"/>
          </w:tcPr>
          <w:p w14:paraId="3B448B1C" w14:textId="77777777" w:rsidR="00E50C73" w:rsidRDefault="00735D78">
            <w:r>
              <w:rPr>
                <w:sz w:val="16"/>
              </w:rPr>
              <w:t>4.2.6</w:t>
            </w:r>
          </w:p>
        </w:tc>
        <w:tc>
          <w:tcPr>
            <w:tcW w:w="5904" w:type="dxa"/>
          </w:tcPr>
          <w:p w14:paraId="4F997BE0" w14:textId="77777777" w:rsidR="00E50C73" w:rsidRDefault="00735D78">
            <w:r>
              <w:rPr>
                <w:sz w:val="16"/>
              </w:rPr>
              <w:t>Provision for levelling and alignment of the scanning mechanism, including suitable adjustment devices and alignment procedures to ensure detector positioning accuracy within the specified tolerance.</w:t>
            </w:r>
          </w:p>
        </w:tc>
        <w:tc>
          <w:tcPr>
            <w:tcW w:w="1944" w:type="dxa"/>
          </w:tcPr>
          <w:p w14:paraId="4E321DE3" w14:textId="77777777" w:rsidR="00E50C73" w:rsidRDefault="00735D78">
            <w:r>
              <w:rPr>
                <w:sz w:val="16"/>
              </w:rPr>
              <w:t>☐</w:t>
            </w:r>
            <w:r>
              <w:rPr>
                <w:sz w:val="16"/>
              </w:rPr>
              <w:t xml:space="preserve"> Yes   ☐ No</w:t>
            </w:r>
          </w:p>
        </w:tc>
        <w:tc>
          <w:tcPr>
            <w:tcW w:w="6408" w:type="dxa"/>
          </w:tcPr>
          <w:p w14:paraId="73B15B50" w14:textId="77777777" w:rsidR="00E50C73" w:rsidRDefault="00E50C73"/>
        </w:tc>
      </w:tr>
      <w:tr w:rsidR="00E50C73" w14:paraId="133724D6" w14:textId="77777777">
        <w:trPr>
          <w:jc w:val="center"/>
        </w:trPr>
        <w:tc>
          <w:tcPr>
            <w:tcW w:w="792" w:type="dxa"/>
          </w:tcPr>
          <w:p w14:paraId="529310C2" w14:textId="77777777" w:rsidR="00E50C73" w:rsidRDefault="00735D78">
            <w:r>
              <w:rPr>
                <w:sz w:val="16"/>
              </w:rPr>
              <w:t>4.2.7</w:t>
            </w:r>
          </w:p>
        </w:tc>
        <w:tc>
          <w:tcPr>
            <w:tcW w:w="5904" w:type="dxa"/>
          </w:tcPr>
          <w:p w14:paraId="6EF6CF7F" w14:textId="77777777" w:rsidR="00E50C73" w:rsidRDefault="00735D78">
            <w:r>
              <w:rPr>
                <w:sz w:val="16"/>
              </w:rPr>
              <w:t>The control unit that controls the movement of the ion chambers in XYZ direction and acquires detector data from the electrometer.</w:t>
            </w:r>
          </w:p>
        </w:tc>
        <w:tc>
          <w:tcPr>
            <w:tcW w:w="1944" w:type="dxa"/>
          </w:tcPr>
          <w:p w14:paraId="0D831FFE" w14:textId="77777777" w:rsidR="00E50C73" w:rsidRDefault="00735D78">
            <w:r>
              <w:rPr>
                <w:sz w:val="16"/>
              </w:rPr>
              <w:t>☐</w:t>
            </w:r>
            <w:r>
              <w:rPr>
                <w:sz w:val="16"/>
              </w:rPr>
              <w:t xml:space="preserve"> Yes   ☐ No</w:t>
            </w:r>
          </w:p>
        </w:tc>
        <w:tc>
          <w:tcPr>
            <w:tcW w:w="6408" w:type="dxa"/>
          </w:tcPr>
          <w:p w14:paraId="7A6F19A1" w14:textId="77777777" w:rsidR="00E50C73" w:rsidRDefault="00E50C73"/>
        </w:tc>
      </w:tr>
      <w:tr w:rsidR="00E50C73" w14:paraId="0D9586A9" w14:textId="77777777">
        <w:trPr>
          <w:jc w:val="center"/>
        </w:trPr>
        <w:tc>
          <w:tcPr>
            <w:tcW w:w="792" w:type="dxa"/>
          </w:tcPr>
          <w:p w14:paraId="458CD639" w14:textId="77777777" w:rsidR="00E50C73" w:rsidRDefault="00735D78">
            <w:r>
              <w:rPr>
                <w:sz w:val="16"/>
              </w:rPr>
              <w:t>4.2.8</w:t>
            </w:r>
          </w:p>
        </w:tc>
        <w:tc>
          <w:tcPr>
            <w:tcW w:w="5904" w:type="dxa"/>
          </w:tcPr>
          <w:p w14:paraId="47031030" w14:textId="77777777" w:rsidR="00E50C73" w:rsidRDefault="00735D78">
            <w:r>
              <w:rPr>
                <w:sz w:val="16"/>
              </w:rPr>
              <w:t>A transportable water reservoir with a minimum storage volume of 100 litres and equipped with bidirectional pump and hose assembly. Filling and draining of the scanning tank shall be controlled through the system software.</w:t>
            </w:r>
          </w:p>
        </w:tc>
        <w:tc>
          <w:tcPr>
            <w:tcW w:w="1944" w:type="dxa"/>
          </w:tcPr>
          <w:p w14:paraId="5B90E637" w14:textId="77777777" w:rsidR="00E50C73" w:rsidRDefault="00735D78">
            <w:r>
              <w:rPr>
                <w:sz w:val="16"/>
              </w:rPr>
              <w:t>☐</w:t>
            </w:r>
            <w:r>
              <w:rPr>
                <w:sz w:val="16"/>
              </w:rPr>
              <w:t xml:space="preserve"> Yes   ☐ No</w:t>
            </w:r>
          </w:p>
        </w:tc>
        <w:tc>
          <w:tcPr>
            <w:tcW w:w="6408" w:type="dxa"/>
          </w:tcPr>
          <w:p w14:paraId="60DCB195" w14:textId="77777777" w:rsidR="00E50C73" w:rsidRDefault="00E50C73"/>
        </w:tc>
      </w:tr>
      <w:tr w:rsidR="00E50C73" w14:paraId="61EDB200" w14:textId="77777777">
        <w:trPr>
          <w:jc w:val="center"/>
        </w:trPr>
        <w:tc>
          <w:tcPr>
            <w:tcW w:w="792" w:type="dxa"/>
          </w:tcPr>
          <w:p w14:paraId="3C5BB997" w14:textId="77777777" w:rsidR="00E50C73" w:rsidRDefault="00735D78">
            <w:r>
              <w:rPr>
                <w:sz w:val="16"/>
              </w:rPr>
              <w:t>4.2.9</w:t>
            </w:r>
          </w:p>
        </w:tc>
        <w:tc>
          <w:tcPr>
            <w:tcW w:w="5904" w:type="dxa"/>
          </w:tcPr>
          <w:p w14:paraId="25EBB88A" w14:textId="77777777" w:rsidR="00E50C73" w:rsidRDefault="00735D78">
            <w:r>
              <w:rPr>
                <w:sz w:val="16"/>
              </w:rPr>
              <w:t>In case of 80 cm SAD Co-60 unit, reservoir shall be separate from water tank for easy positioning.</w:t>
            </w:r>
          </w:p>
        </w:tc>
        <w:tc>
          <w:tcPr>
            <w:tcW w:w="1944" w:type="dxa"/>
          </w:tcPr>
          <w:p w14:paraId="5F134213" w14:textId="77777777" w:rsidR="00E50C73" w:rsidRDefault="00735D78">
            <w:r>
              <w:rPr>
                <w:sz w:val="16"/>
              </w:rPr>
              <w:t>☐</w:t>
            </w:r>
            <w:r>
              <w:rPr>
                <w:sz w:val="16"/>
              </w:rPr>
              <w:t xml:space="preserve"> Yes   ☐ No</w:t>
            </w:r>
          </w:p>
        </w:tc>
        <w:tc>
          <w:tcPr>
            <w:tcW w:w="6408" w:type="dxa"/>
          </w:tcPr>
          <w:p w14:paraId="00DAB8BC" w14:textId="77777777" w:rsidR="00E50C73" w:rsidRDefault="00E50C73"/>
        </w:tc>
      </w:tr>
      <w:tr w:rsidR="00E50C73" w14:paraId="6818B86D" w14:textId="77777777">
        <w:trPr>
          <w:jc w:val="center"/>
        </w:trPr>
        <w:tc>
          <w:tcPr>
            <w:tcW w:w="792" w:type="dxa"/>
          </w:tcPr>
          <w:p w14:paraId="76D2A28F" w14:textId="77777777" w:rsidR="00E50C73" w:rsidRDefault="00735D78">
            <w:r>
              <w:rPr>
                <w:sz w:val="16"/>
              </w:rPr>
              <w:t>4.2.10</w:t>
            </w:r>
          </w:p>
        </w:tc>
        <w:tc>
          <w:tcPr>
            <w:tcW w:w="5904" w:type="dxa"/>
          </w:tcPr>
          <w:p w14:paraId="09B33739" w14:textId="77777777" w:rsidR="00E50C73" w:rsidRDefault="00735D78">
            <w:r>
              <w:rPr>
                <w:sz w:val="16"/>
              </w:rPr>
              <w:t>One portable laptop computer with Windows operating system with connectivity to the control unit.</w:t>
            </w:r>
          </w:p>
        </w:tc>
        <w:tc>
          <w:tcPr>
            <w:tcW w:w="1944" w:type="dxa"/>
          </w:tcPr>
          <w:p w14:paraId="3B5A2F25" w14:textId="77777777" w:rsidR="00E50C73" w:rsidRDefault="00735D78">
            <w:r>
              <w:rPr>
                <w:sz w:val="16"/>
              </w:rPr>
              <w:t>☐</w:t>
            </w:r>
            <w:r>
              <w:rPr>
                <w:sz w:val="16"/>
              </w:rPr>
              <w:t xml:space="preserve"> Yes   ☐ No</w:t>
            </w:r>
          </w:p>
        </w:tc>
        <w:tc>
          <w:tcPr>
            <w:tcW w:w="6408" w:type="dxa"/>
          </w:tcPr>
          <w:p w14:paraId="0DCF6314" w14:textId="77777777" w:rsidR="00E50C73" w:rsidRDefault="00E50C73"/>
        </w:tc>
      </w:tr>
      <w:tr w:rsidR="00E50C73" w14:paraId="6447DBA3" w14:textId="77777777">
        <w:trPr>
          <w:jc w:val="center"/>
        </w:trPr>
        <w:tc>
          <w:tcPr>
            <w:tcW w:w="792" w:type="dxa"/>
          </w:tcPr>
          <w:p w14:paraId="1768165A" w14:textId="77777777" w:rsidR="00E50C73" w:rsidRDefault="00735D78">
            <w:r>
              <w:rPr>
                <w:sz w:val="16"/>
              </w:rPr>
              <w:t>4.2.11</w:t>
            </w:r>
          </w:p>
        </w:tc>
        <w:tc>
          <w:tcPr>
            <w:tcW w:w="5904" w:type="dxa"/>
          </w:tcPr>
          <w:p w14:paraId="0F2E2BA0" w14:textId="77777777" w:rsidR="00E50C73" w:rsidRDefault="00735D78">
            <w:r>
              <w:rPr>
                <w:sz w:val="16"/>
              </w:rPr>
              <w:t>Connector cable(s) (Minimum 20 m) between the computer (with required interface and software driver) and the controller and water tank.</w:t>
            </w:r>
          </w:p>
        </w:tc>
        <w:tc>
          <w:tcPr>
            <w:tcW w:w="1944" w:type="dxa"/>
          </w:tcPr>
          <w:p w14:paraId="794C640D" w14:textId="77777777" w:rsidR="00E50C73" w:rsidRDefault="00735D78">
            <w:r>
              <w:rPr>
                <w:sz w:val="16"/>
              </w:rPr>
              <w:t>☐</w:t>
            </w:r>
            <w:r>
              <w:rPr>
                <w:sz w:val="16"/>
              </w:rPr>
              <w:t xml:space="preserve"> Yes   ☐ No</w:t>
            </w:r>
          </w:p>
        </w:tc>
        <w:tc>
          <w:tcPr>
            <w:tcW w:w="6408" w:type="dxa"/>
          </w:tcPr>
          <w:p w14:paraId="02A73924" w14:textId="77777777" w:rsidR="00E50C73" w:rsidRDefault="00E50C73"/>
        </w:tc>
      </w:tr>
      <w:tr w:rsidR="00E50C73" w14:paraId="52EADA20" w14:textId="77777777">
        <w:trPr>
          <w:jc w:val="center"/>
        </w:trPr>
        <w:tc>
          <w:tcPr>
            <w:tcW w:w="792" w:type="dxa"/>
          </w:tcPr>
          <w:p w14:paraId="33C1F9F3" w14:textId="77777777" w:rsidR="00E50C73" w:rsidRDefault="00735D78">
            <w:r>
              <w:rPr>
                <w:sz w:val="16"/>
              </w:rPr>
              <w:t>4.2.12</w:t>
            </w:r>
          </w:p>
        </w:tc>
        <w:tc>
          <w:tcPr>
            <w:tcW w:w="5904" w:type="dxa"/>
          </w:tcPr>
          <w:p w14:paraId="339EA1D1" w14:textId="77777777" w:rsidR="00E50C73" w:rsidRDefault="00735D78">
            <w:r>
              <w:rPr>
                <w:sz w:val="16"/>
              </w:rPr>
              <w:t>Equipment for dosimetry:</w:t>
            </w:r>
            <w:r>
              <w:rPr>
                <w:sz w:val="16"/>
              </w:rPr>
              <w:br/>
              <w:t>4.2.12.1 A dual electrometer and control unit with bias range: 0 through +/- 400 V, minimum resolution of 10 fA, and leakage current &lt; 250 fA; with TNC connector;</w:t>
            </w:r>
            <w:r>
              <w:rPr>
                <w:sz w:val="16"/>
              </w:rPr>
              <w:br/>
            </w:r>
            <w:r>
              <w:rPr>
                <w:sz w:val="16"/>
              </w:rPr>
              <w:t>4.2.12.2 Two (2) waterproof type calibrated (NDW Co-60) ionization chambers (Active volume approximately 0.13 cm3) for relative dosimetry with holders for scanning and reference chambers.</w:t>
            </w:r>
            <w:r>
              <w:rPr>
                <w:sz w:val="16"/>
              </w:rPr>
              <w:br/>
              <w:t>4.2.12.3 Two (2) cables compatible with ionization chamber detectors and dual electrometer; and</w:t>
            </w:r>
            <w:r>
              <w:rPr>
                <w:sz w:val="16"/>
              </w:rPr>
              <w:br/>
              <w:t>4.2.12.4 One (1) spare cable equivalent to the above.</w:t>
            </w:r>
          </w:p>
        </w:tc>
        <w:tc>
          <w:tcPr>
            <w:tcW w:w="1944" w:type="dxa"/>
          </w:tcPr>
          <w:p w14:paraId="67B28DCA" w14:textId="77777777" w:rsidR="00E50C73" w:rsidRDefault="00735D78">
            <w:r>
              <w:rPr>
                <w:sz w:val="16"/>
              </w:rPr>
              <w:t>☐</w:t>
            </w:r>
            <w:r>
              <w:rPr>
                <w:sz w:val="16"/>
              </w:rPr>
              <w:t xml:space="preserve"> Yes   ☐ No</w:t>
            </w:r>
          </w:p>
        </w:tc>
        <w:tc>
          <w:tcPr>
            <w:tcW w:w="6408" w:type="dxa"/>
          </w:tcPr>
          <w:p w14:paraId="47F6676F" w14:textId="77777777" w:rsidR="00E50C73" w:rsidRDefault="00E50C73"/>
        </w:tc>
      </w:tr>
      <w:tr w:rsidR="00E50C73" w14:paraId="35A1552B" w14:textId="77777777">
        <w:trPr>
          <w:jc w:val="center"/>
        </w:trPr>
        <w:tc>
          <w:tcPr>
            <w:tcW w:w="792" w:type="dxa"/>
          </w:tcPr>
          <w:p w14:paraId="16BEDE6F" w14:textId="77777777" w:rsidR="00E50C73" w:rsidRDefault="00735D78">
            <w:r>
              <w:rPr>
                <w:sz w:val="16"/>
              </w:rPr>
              <w:t>4.2.13</w:t>
            </w:r>
          </w:p>
        </w:tc>
        <w:tc>
          <w:tcPr>
            <w:tcW w:w="5904" w:type="dxa"/>
          </w:tcPr>
          <w:p w14:paraId="336815E0" w14:textId="77777777" w:rsidR="00E50C73" w:rsidRDefault="00735D78">
            <w:r>
              <w:rPr>
                <w:sz w:val="16"/>
              </w:rPr>
              <w:t>Software with one perpetual license for beam data acquisition, scan optimization, detector correction, data analysis and beam modelling support. The software shall provide variable scan speed and resolution settings, profile analysis, beam quality analysis, symmetry and flatness analysis, scan merging, smoothing and reporting functions.</w:t>
            </w:r>
          </w:p>
        </w:tc>
        <w:tc>
          <w:tcPr>
            <w:tcW w:w="1944" w:type="dxa"/>
          </w:tcPr>
          <w:p w14:paraId="3B1C0C24" w14:textId="77777777" w:rsidR="00E50C73" w:rsidRDefault="00735D78">
            <w:r>
              <w:rPr>
                <w:sz w:val="16"/>
              </w:rPr>
              <w:t>☐</w:t>
            </w:r>
            <w:r>
              <w:rPr>
                <w:sz w:val="16"/>
              </w:rPr>
              <w:t xml:space="preserve"> Yes   ☐ No</w:t>
            </w:r>
          </w:p>
        </w:tc>
        <w:tc>
          <w:tcPr>
            <w:tcW w:w="6408" w:type="dxa"/>
          </w:tcPr>
          <w:p w14:paraId="3E0A8BC8" w14:textId="77777777" w:rsidR="00E50C73" w:rsidRDefault="00E50C73"/>
        </w:tc>
      </w:tr>
      <w:tr w:rsidR="00E50C73" w14:paraId="7A7559DD" w14:textId="77777777">
        <w:trPr>
          <w:jc w:val="center"/>
        </w:trPr>
        <w:tc>
          <w:tcPr>
            <w:tcW w:w="792" w:type="dxa"/>
          </w:tcPr>
          <w:p w14:paraId="094D207A" w14:textId="77777777" w:rsidR="00E50C73" w:rsidRDefault="00735D78">
            <w:r>
              <w:rPr>
                <w:sz w:val="16"/>
              </w:rPr>
              <w:t>4.2.14</w:t>
            </w:r>
          </w:p>
        </w:tc>
        <w:tc>
          <w:tcPr>
            <w:tcW w:w="5904" w:type="dxa"/>
          </w:tcPr>
          <w:p w14:paraId="6EE3913B" w14:textId="77777777" w:rsidR="00E50C73" w:rsidRDefault="00735D78">
            <w:r>
              <w:rPr>
                <w:sz w:val="16"/>
              </w:rPr>
              <w:t>The software shall allow export of beam profile data, depth-dose data and processed beam data in text and spreadsheet-compatible formats suitable for Microsoft Excel or equivalent applications;</w:t>
            </w:r>
          </w:p>
        </w:tc>
        <w:tc>
          <w:tcPr>
            <w:tcW w:w="1944" w:type="dxa"/>
          </w:tcPr>
          <w:p w14:paraId="2B476505" w14:textId="77777777" w:rsidR="00E50C73" w:rsidRDefault="00735D78">
            <w:r>
              <w:rPr>
                <w:sz w:val="16"/>
              </w:rPr>
              <w:t>☐</w:t>
            </w:r>
            <w:r>
              <w:rPr>
                <w:sz w:val="16"/>
              </w:rPr>
              <w:t xml:space="preserve"> Yes   ☐ No</w:t>
            </w:r>
          </w:p>
        </w:tc>
        <w:tc>
          <w:tcPr>
            <w:tcW w:w="6408" w:type="dxa"/>
          </w:tcPr>
          <w:p w14:paraId="6CFB2989" w14:textId="77777777" w:rsidR="00E50C73" w:rsidRDefault="00E50C73"/>
        </w:tc>
      </w:tr>
      <w:tr w:rsidR="00E50C73" w14:paraId="2B38A043" w14:textId="77777777">
        <w:trPr>
          <w:jc w:val="center"/>
        </w:trPr>
        <w:tc>
          <w:tcPr>
            <w:tcW w:w="792" w:type="dxa"/>
          </w:tcPr>
          <w:p w14:paraId="03055F1C" w14:textId="77777777" w:rsidR="00E50C73" w:rsidRDefault="00735D78">
            <w:r>
              <w:rPr>
                <w:sz w:val="16"/>
              </w:rPr>
              <w:t>4.2.15</w:t>
            </w:r>
          </w:p>
        </w:tc>
        <w:tc>
          <w:tcPr>
            <w:tcW w:w="5904" w:type="dxa"/>
          </w:tcPr>
          <w:p w14:paraId="001E7756" w14:textId="77777777" w:rsidR="00E50C73" w:rsidRDefault="00735D78">
            <w:r>
              <w:rPr>
                <w:sz w:val="16"/>
              </w:rPr>
              <w:t>The software shall support export of beam data in formats accepted by Varian Eclipse Treatment Planning System and other compatible treatment planning systems. The vendor shall demonstrate successful export of representative commissioning data during acceptance testing;</w:t>
            </w:r>
          </w:p>
        </w:tc>
        <w:tc>
          <w:tcPr>
            <w:tcW w:w="1944" w:type="dxa"/>
          </w:tcPr>
          <w:p w14:paraId="2BD4E0A2" w14:textId="77777777" w:rsidR="00E50C73" w:rsidRDefault="00735D78">
            <w:r>
              <w:rPr>
                <w:sz w:val="16"/>
              </w:rPr>
              <w:t>☐</w:t>
            </w:r>
            <w:r>
              <w:rPr>
                <w:sz w:val="16"/>
              </w:rPr>
              <w:t xml:space="preserve"> Yes   ☐ No</w:t>
            </w:r>
          </w:p>
        </w:tc>
        <w:tc>
          <w:tcPr>
            <w:tcW w:w="6408" w:type="dxa"/>
          </w:tcPr>
          <w:p w14:paraId="20BA6EC8" w14:textId="77777777" w:rsidR="00E50C73" w:rsidRDefault="00E50C73"/>
        </w:tc>
      </w:tr>
      <w:tr w:rsidR="00E50C73" w14:paraId="3AFD5DB1" w14:textId="77777777">
        <w:trPr>
          <w:jc w:val="center"/>
        </w:trPr>
        <w:tc>
          <w:tcPr>
            <w:tcW w:w="792" w:type="dxa"/>
          </w:tcPr>
          <w:p w14:paraId="3668E742" w14:textId="77777777" w:rsidR="00E50C73" w:rsidRDefault="00735D78">
            <w:r>
              <w:rPr>
                <w:sz w:val="16"/>
              </w:rPr>
              <w:t>4.2.16</w:t>
            </w:r>
          </w:p>
        </w:tc>
        <w:tc>
          <w:tcPr>
            <w:tcW w:w="5904" w:type="dxa"/>
          </w:tcPr>
          <w:p w14:paraId="717C9C4D" w14:textId="77777777" w:rsidR="00E50C73" w:rsidRDefault="00735D78">
            <w:r>
              <w:rPr>
                <w:sz w:val="16"/>
              </w:rPr>
              <w:t>The software shall support beam data analysis and reporting according to internationally recognized dosimetry protocols and recommendations, including:</w:t>
            </w:r>
            <w:r>
              <w:rPr>
                <w:sz w:val="16"/>
              </w:rPr>
              <w:br/>
              <w:t>4.2.16.1. IAEA TRS398;</w:t>
            </w:r>
            <w:r>
              <w:rPr>
                <w:sz w:val="16"/>
              </w:rPr>
              <w:br/>
              <w:t>4.2.16.2. AEA TRS-483, where applicable;</w:t>
            </w:r>
            <w:r>
              <w:rPr>
                <w:sz w:val="16"/>
              </w:rPr>
              <w:br/>
            </w:r>
            <w:r>
              <w:rPr>
                <w:sz w:val="16"/>
              </w:rPr>
              <w:lastRenderedPageBreak/>
              <w:t>4.2.16.3. AAPM-TG51;</w:t>
            </w:r>
            <w:r>
              <w:rPr>
                <w:sz w:val="16"/>
              </w:rPr>
              <w:br/>
              <w:t>4.2.16.4. IEC 60976;</w:t>
            </w:r>
            <w:r>
              <w:rPr>
                <w:sz w:val="16"/>
              </w:rPr>
              <w:br/>
              <w:t>4.2.16.5. Relevant IPEM recommendations, where applicable.</w:t>
            </w:r>
          </w:p>
        </w:tc>
        <w:tc>
          <w:tcPr>
            <w:tcW w:w="1944" w:type="dxa"/>
          </w:tcPr>
          <w:p w14:paraId="54852132" w14:textId="77777777" w:rsidR="00E50C73" w:rsidRDefault="00735D78">
            <w:r>
              <w:rPr>
                <w:sz w:val="16"/>
              </w:rPr>
              <w:lastRenderedPageBreak/>
              <w:t>☐</w:t>
            </w:r>
            <w:r>
              <w:rPr>
                <w:sz w:val="16"/>
              </w:rPr>
              <w:t xml:space="preserve"> Yes   ☐ No</w:t>
            </w:r>
          </w:p>
        </w:tc>
        <w:tc>
          <w:tcPr>
            <w:tcW w:w="6408" w:type="dxa"/>
          </w:tcPr>
          <w:p w14:paraId="1257524F" w14:textId="77777777" w:rsidR="00E50C73" w:rsidRDefault="00E50C73"/>
        </w:tc>
      </w:tr>
      <w:tr w:rsidR="00E50C73" w14:paraId="12051FC9" w14:textId="77777777">
        <w:trPr>
          <w:jc w:val="center"/>
        </w:trPr>
        <w:tc>
          <w:tcPr>
            <w:tcW w:w="792" w:type="dxa"/>
          </w:tcPr>
          <w:p w14:paraId="25002399" w14:textId="77777777" w:rsidR="00E50C73" w:rsidRDefault="00735D78">
            <w:r>
              <w:rPr>
                <w:sz w:val="16"/>
              </w:rPr>
              <w:t>4.2.17</w:t>
            </w:r>
          </w:p>
        </w:tc>
        <w:tc>
          <w:tcPr>
            <w:tcW w:w="5904" w:type="dxa"/>
          </w:tcPr>
          <w:p w14:paraId="11626553" w14:textId="77777777" w:rsidR="00E50C73" w:rsidRDefault="00735D78">
            <w:r>
              <w:rPr>
                <w:sz w:val="16"/>
              </w:rPr>
              <w:t>Software shall include:</w:t>
            </w:r>
            <w:r>
              <w:rPr>
                <w:sz w:val="16"/>
              </w:rPr>
              <w:br/>
              <w:t>4.2.17.1. Generation of TMR and TPR data from measured PDD data;</w:t>
            </w:r>
            <w:r>
              <w:rPr>
                <w:sz w:val="16"/>
              </w:rPr>
              <w:br/>
            </w:r>
            <w:r>
              <w:rPr>
                <w:sz w:val="16"/>
              </w:rPr>
              <w:t>4.2.17.2. Data processing, visualization, analysis and report generation tools for beam commissioning measurements;</w:t>
            </w:r>
            <w:r>
              <w:rPr>
                <w:sz w:val="16"/>
              </w:rPr>
              <w:br/>
              <w:t>4.2.17.3. Film calibration and analysis functionality, if available.</w:t>
            </w:r>
          </w:p>
        </w:tc>
        <w:tc>
          <w:tcPr>
            <w:tcW w:w="1944" w:type="dxa"/>
          </w:tcPr>
          <w:p w14:paraId="06D5D23C" w14:textId="77777777" w:rsidR="00E50C73" w:rsidRDefault="00735D78">
            <w:r>
              <w:rPr>
                <w:sz w:val="16"/>
              </w:rPr>
              <w:t>☐</w:t>
            </w:r>
            <w:r>
              <w:rPr>
                <w:sz w:val="16"/>
              </w:rPr>
              <w:t xml:space="preserve"> Yes   ☐ No</w:t>
            </w:r>
          </w:p>
        </w:tc>
        <w:tc>
          <w:tcPr>
            <w:tcW w:w="6408" w:type="dxa"/>
          </w:tcPr>
          <w:p w14:paraId="53EEFA4C" w14:textId="77777777" w:rsidR="00E50C73" w:rsidRDefault="00E50C73"/>
        </w:tc>
      </w:tr>
      <w:tr w:rsidR="00E50C73" w14:paraId="1DA2B013" w14:textId="77777777">
        <w:trPr>
          <w:jc w:val="center"/>
        </w:trPr>
        <w:tc>
          <w:tcPr>
            <w:tcW w:w="792" w:type="dxa"/>
            <w:shd w:val="clear" w:color="auto" w:fill="D9EAF7"/>
          </w:tcPr>
          <w:p w14:paraId="69A12441" w14:textId="77777777" w:rsidR="00E50C73" w:rsidRDefault="00735D78">
            <w:r>
              <w:rPr>
                <w:b/>
                <w:sz w:val="16"/>
              </w:rPr>
              <w:t>5</w:t>
            </w:r>
          </w:p>
        </w:tc>
        <w:tc>
          <w:tcPr>
            <w:tcW w:w="5904" w:type="dxa"/>
            <w:shd w:val="clear" w:color="auto" w:fill="D9EAF7"/>
          </w:tcPr>
          <w:p w14:paraId="65F8C154" w14:textId="77777777" w:rsidR="00E50C73" w:rsidRDefault="00735D78">
            <w:r>
              <w:rPr>
                <w:b/>
                <w:sz w:val="16"/>
              </w:rPr>
              <w:t xml:space="preserve">Marking </w:t>
            </w:r>
          </w:p>
        </w:tc>
        <w:tc>
          <w:tcPr>
            <w:tcW w:w="1944" w:type="dxa"/>
            <w:shd w:val="clear" w:color="auto" w:fill="D9EAF7"/>
          </w:tcPr>
          <w:p w14:paraId="131DAD0D" w14:textId="77777777" w:rsidR="00E50C73" w:rsidRDefault="00E50C73"/>
        </w:tc>
        <w:tc>
          <w:tcPr>
            <w:tcW w:w="6408" w:type="dxa"/>
            <w:shd w:val="clear" w:color="auto" w:fill="D9EAF7"/>
          </w:tcPr>
          <w:p w14:paraId="74849706" w14:textId="77777777" w:rsidR="00E50C73" w:rsidRDefault="00E50C73"/>
        </w:tc>
      </w:tr>
      <w:tr w:rsidR="00E50C73" w14:paraId="51657537" w14:textId="77777777">
        <w:trPr>
          <w:jc w:val="center"/>
        </w:trPr>
        <w:tc>
          <w:tcPr>
            <w:tcW w:w="792" w:type="dxa"/>
          </w:tcPr>
          <w:p w14:paraId="05499C27" w14:textId="77777777" w:rsidR="00E50C73" w:rsidRDefault="00E50C73"/>
        </w:tc>
        <w:tc>
          <w:tcPr>
            <w:tcW w:w="5904" w:type="dxa"/>
          </w:tcPr>
          <w:p w14:paraId="73F83013" w14:textId="77777777" w:rsidR="00E50C73" w:rsidRDefault="00735D78">
            <w:r>
              <w:rPr>
                <w:sz w:val="16"/>
              </w:rPr>
              <w:t>The System shall have all safety markings in English.</w:t>
            </w:r>
          </w:p>
        </w:tc>
        <w:tc>
          <w:tcPr>
            <w:tcW w:w="1944" w:type="dxa"/>
          </w:tcPr>
          <w:p w14:paraId="135933AE" w14:textId="77777777" w:rsidR="00E50C73" w:rsidRDefault="00735D78">
            <w:r>
              <w:rPr>
                <w:sz w:val="16"/>
              </w:rPr>
              <w:t>☐</w:t>
            </w:r>
            <w:r>
              <w:rPr>
                <w:sz w:val="16"/>
              </w:rPr>
              <w:t xml:space="preserve"> Yes   ☐ No</w:t>
            </w:r>
          </w:p>
        </w:tc>
        <w:tc>
          <w:tcPr>
            <w:tcW w:w="6408" w:type="dxa"/>
          </w:tcPr>
          <w:p w14:paraId="6020478A" w14:textId="77777777" w:rsidR="00E50C73" w:rsidRDefault="00E50C73"/>
        </w:tc>
      </w:tr>
      <w:tr w:rsidR="00E50C73" w14:paraId="7DE411C4" w14:textId="77777777">
        <w:trPr>
          <w:jc w:val="center"/>
        </w:trPr>
        <w:tc>
          <w:tcPr>
            <w:tcW w:w="792" w:type="dxa"/>
            <w:shd w:val="clear" w:color="auto" w:fill="D9EAF7"/>
          </w:tcPr>
          <w:p w14:paraId="3C4E9107" w14:textId="77777777" w:rsidR="00E50C73" w:rsidRDefault="00735D78">
            <w:r>
              <w:rPr>
                <w:b/>
                <w:sz w:val="16"/>
              </w:rPr>
              <w:t>6</w:t>
            </w:r>
          </w:p>
        </w:tc>
        <w:tc>
          <w:tcPr>
            <w:tcW w:w="5904" w:type="dxa"/>
            <w:shd w:val="clear" w:color="auto" w:fill="D9EAF7"/>
          </w:tcPr>
          <w:p w14:paraId="2D1E8F6A" w14:textId="77777777" w:rsidR="00E50C73" w:rsidRDefault="00735D78">
            <w:r>
              <w:rPr>
                <w:b/>
                <w:sz w:val="16"/>
              </w:rPr>
              <w:t xml:space="preserve">Packing </w:t>
            </w:r>
          </w:p>
        </w:tc>
        <w:tc>
          <w:tcPr>
            <w:tcW w:w="1944" w:type="dxa"/>
            <w:shd w:val="clear" w:color="auto" w:fill="D9EAF7"/>
          </w:tcPr>
          <w:p w14:paraId="08708F22" w14:textId="77777777" w:rsidR="00E50C73" w:rsidRDefault="00E50C73"/>
        </w:tc>
        <w:tc>
          <w:tcPr>
            <w:tcW w:w="6408" w:type="dxa"/>
            <w:shd w:val="clear" w:color="auto" w:fill="D9EAF7"/>
          </w:tcPr>
          <w:p w14:paraId="612FB29D" w14:textId="77777777" w:rsidR="00E50C73" w:rsidRDefault="00E50C73"/>
        </w:tc>
      </w:tr>
      <w:tr w:rsidR="00E50C73" w14:paraId="310F322E" w14:textId="77777777">
        <w:trPr>
          <w:jc w:val="center"/>
        </w:trPr>
        <w:tc>
          <w:tcPr>
            <w:tcW w:w="792" w:type="dxa"/>
          </w:tcPr>
          <w:p w14:paraId="318A7926" w14:textId="77777777" w:rsidR="00E50C73" w:rsidRDefault="00E50C73"/>
        </w:tc>
        <w:tc>
          <w:tcPr>
            <w:tcW w:w="5904" w:type="dxa"/>
          </w:tcPr>
          <w:p w14:paraId="285684D7" w14:textId="77777777" w:rsidR="00E50C73" w:rsidRDefault="00735D78">
            <w:r>
              <w:rPr>
                <w:sz w:val="16"/>
              </w:rPr>
              <w:t>The System, for shipment to the User, shall be packed in accordance with international standards that are applicable for the shipment by air/road of this kind of equipment.</w:t>
            </w:r>
          </w:p>
        </w:tc>
        <w:tc>
          <w:tcPr>
            <w:tcW w:w="1944" w:type="dxa"/>
          </w:tcPr>
          <w:p w14:paraId="1A330460" w14:textId="77777777" w:rsidR="00E50C73" w:rsidRDefault="00735D78">
            <w:r>
              <w:rPr>
                <w:sz w:val="16"/>
              </w:rPr>
              <w:t>☐</w:t>
            </w:r>
            <w:r>
              <w:rPr>
                <w:sz w:val="16"/>
              </w:rPr>
              <w:t xml:space="preserve"> Yes   ☐ No</w:t>
            </w:r>
          </w:p>
        </w:tc>
        <w:tc>
          <w:tcPr>
            <w:tcW w:w="6408" w:type="dxa"/>
          </w:tcPr>
          <w:p w14:paraId="323B894E" w14:textId="77777777" w:rsidR="00E50C73" w:rsidRDefault="00E50C73"/>
        </w:tc>
      </w:tr>
      <w:tr w:rsidR="00E50C73" w14:paraId="51AC28DF" w14:textId="77777777">
        <w:trPr>
          <w:jc w:val="center"/>
        </w:trPr>
        <w:tc>
          <w:tcPr>
            <w:tcW w:w="792" w:type="dxa"/>
            <w:shd w:val="clear" w:color="auto" w:fill="D9EAF7"/>
          </w:tcPr>
          <w:p w14:paraId="2F04D512" w14:textId="77777777" w:rsidR="00E50C73" w:rsidRDefault="00735D78">
            <w:r>
              <w:rPr>
                <w:b/>
                <w:sz w:val="16"/>
              </w:rPr>
              <w:t>7</w:t>
            </w:r>
          </w:p>
        </w:tc>
        <w:tc>
          <w:tcPr>
            <w:tcW w:w="5904" w:type="dxa"/>
            <w:shd w:val="clear" w:color="auto" w:fill="D9EAF7"/>
          </w:tcPr>
          <w:p w14:paraId="676EDC84" w14:textId="77777777" w:rsidR="00E50C73" w:rsidRDefault="00735D78">
            <w:r>
              <w:rPr>
                <w:b/>
                <w:sz w:val="16"/>
              </w:rPr>
              <w:t>Quality Requirements</w:t>
            </w:r>
          </w:p>
        </w:tc>
        <w:tc>
          <w:tcPr>
            <w:tcW w:w="1944" w:type="dxa"/>
            <w:shd w:val="clear" w:color="auto" w:fill="D9EAF7"/>
          </w:tcPr>
          <w:p w14:paraId="230EB103" w14:textId="77777777" w:rsidR="00E50C73" w:rsidRDefault="00E50C73"/>
        </w:tc>
        <w:tc>
          <w:tcPr>
            <w:tcW w:w="6408" w:type="dxa"/>
            <w:shd w:val="clear" w:color="auto" w:fill="D9EAF7"/>
          </w:tcPr>
          <w:p w14:paraId="05A979A3" w14:textId="77777777" w:rsidR="00E50C73" w:rsidRDefault="00E50C73"/>
        </w:tc>
      </w:tr>
      <w:tr w:rsidR="00E50C73" w14:paraId="6F2AEDEA" w14:textId="77777777">
        <w:trPr>
          <w:jc w:val="center"/>
        </w:trPr>
        <w:tc>
          <w:tcPr>
            <w:tcW w:w="792" w:type="dxa"/>
          </w:tcPr>
          <w:p w14:paraId="54A8D7DD" w14:textId="77777777" w:rsidR="00E50C73" w:rsidRDefault="00E50C73"/>
        </w:tc>
        <w:tc>
          <w:tcPr>
            <w:tcW w:w="5904" w:type="dxa"/>
          </w:tcPr>
          <w:p w14:paraId="6C6E25DB" w14:textId="77777777" w:rsidR="00E50C73" w:rsidRDefault="00735D78">
            <w:r>
              <w:rPr>
                <w:sz w:val="16"/>
              </w:rPr>
              <w:t>7.1. The System shall be manufactured, packed and installed in accordance with the Contractor’s ISO quality assurance system or an equivalent quality assurance system.</w:t>
            </w:r>
            <w:r>
              <w:rPr>
                <w:sz w:val="16"/>
              </w:rPr>
              <w:br/>
              <w:t>7.2. The Contractor shall document the compliance with this quality assurance system.</w:t>
            </w:r>
          </w:p>
        </w:tc>
        <w:tc>
          <w:tcPr>
            <w:tcW w:w="1944" w:type="dxa"/>
          </w:tcPr>
          <w:p w14:paraId="58AF23F7" w14:textId="77777777" w:rsidR="00E50C73" w:rsidRDefault="00735D78">
            <w:r>
              <w:rPr>
                <w:sz w:val="16"/>
              </w:rPr>
              <w:t>☐</w:t>
            </w:r>
            <w:r>
              <w:rPr>
                <w:sz w:val="16"/>
              </w:rPr>
              <w:t xml:space="preserve"> Yes   ☐ No</w:t>
            </w:r>
          </w:p>
        </w:tc>
        <w:tc>
          <w:tcPr>
            <w:tcW w:w="6408" w:type="dxa"/>
          </w:tcPr>
          <w:p w14:paraId="520399AA" w14:textId="77777777" w:rsidR="00E50C73" w:rsidRDefault="00E50C73"/>
        </w:tc>
      </w:tr>
      <w:tr w:rsidR="00E50C73" w14:paraId="538C8535" w14:textId="77777777">
        <w:trPr>
          <w:jc w:val="center"/>
        </w:trPr>
        <w:tc>
          <w:tcPr>
            <w:tcW w:w="792" w:type="dxa"/>
            <w:shd w:val="clear" w:color="auto" w:fill="D9EAF7"/>
          </w:tcPr>
          <w:p w14:paraId="5CF61E12" w14:textId="77777777" w:rsidR="00E50C73" w:rsidRDefault="00735D78">
            <w:r>
              <w:rPr>
                <w:b/>
                <w:sz w:val="16"/>
              </w:rPr>
              <w:t>8</w:t>
            </w:r>
          </w:p>
        </w:tc>
        <w:tc>
          <w:tcPr>
            <w:tcW w:w="5904" w:type="dxa"/>
            <w:shd w:val="clear" w:color="auto" w:fill="D9EAF7"/>
          </w:tcPr>
          <w:p w14:paraId="68EC8050" w14:textId="77777777" w:rsidR="00E50C73" w:rsidRDefault="00735D78">
            <w:r>
              <w:rPr>
                <w:b/>
                <w:sz w:val="16"/>
              </w:rPr>
              <w:t>Acceptance Testing</w:t>
            </w:r>
          </w:p>
        </w:tc>
        <w:tc>
          <w:tcPr>
            <w:tcW w:w="1944" w:type="dxa"/>
            <w:shd w:val="clear" w:color="auto" w:fill="D9EAF7"/>
          </w:tcPr>
          <w:p w14:paraId="54036CDB" w14:textId="77777777" w:rsidR="00E50C73" w:rsidRDefault="00E50C73"/>
        </w:tc>
        <w:tc>
          <w:tcPr>
            <w:tcW w:w="6408" w:type="dxa"/>
            <w:shd w:val="clear" w:color="auto" w:fill="D9EAF7"/>
          </w:tcPr>
          <w:p w14:paraId="2273E7B3" w14:textId="77777777" w:rsidR="00E50C73" w:rsidRDefault="00E50C73"/>
        </w:tc>
      </w:tr>
      <w:tr w:rsidR="00E50C73" w14:paraId="217881D4" w14:textId="77777777">
        <w:trPr>
          <w:jc w:val="center"/>
        </w:trPr>
        <w:tc>
          <w:tcPr>
            <w:tcW w:w="792" w:type="dxa"/>
          </w:tcPr>
          <w:p w14:paraId="50DF3186" w14:textId="77777777" w:rsidR="00E50C73" w:rsidRDefault="00735D78">
            <w:r>
              <w:rPr>
                <w:sz w:val="16"/>
              </w:rPr>
              <w:t>8.1</w:t>
            </w:r>
          </w:p>
        </w:tc>
        <w:tc>
          <w:tcPr>
            <w:tcW w:w="5904" w:type="dxa"/>
          </w:tcPr>
          <w:p w14:paraId="1D7BB168" w14:textId="77777777" w:rsidR="00E50C73" w:rsidRDefault="00735D78">
            <w:r>
              <w:rPr>
                <w:sz w:val="16"/>
              </w:rPr>
              <w:t>8.1. The System, prior to shipment, shall be tested for conformance of the System with manufacturer’s performance specifications and the minimum requirements specified herein.</w:t>
            </w:r>
            <w:r>
              <w:rPr>
                <w:sz w:val="16"/>
              </w:rPr>
              <w:br/>
            </w:r>
            <w:r>
              <w:rPr>
                <w:sz w:val="16"/>
              </w:rPr>
              <w:t>8.2. The System, after installation, shall be tested by the Contractor together with the End-User to demonstrate that the performance meets the manufacturer’s performance specifications and the minimum requirements specified herein.</w:t>
            </w:r>
            <w:r>
              <w:rPr>
                <w:sz w:val="16"/>
              </w:rPr>
              <w:br/>
              <w:t>8.3. The acceptance test shall demonstrate compliance with the following minimum performance requirements:</w:t>
            </w:r>
            <w:r>
              <w:rPr>
                <w:sz w:val="16"/>
              </w:rPr>
              <w:br/>
              <w:t>8.3.1. Detector positioning accuracy: ±0.1 mm or better.</w:t>
            </w:r>
            <w:r>
              <w:rPr>
                <w:sz w:val="16"/>
              </w:rPr>
              <w:br/>
              <w:t>8.3.2. Detector positioning reproducibility: ±0.1 mm or better;</w:t>
            </w:r>
            <w:r>
              <w:rPr>
                <w:sz w:val="16"/>
              </w:rPr>
              <w:br/>
            </w:r>
            <w:r>
              <w:rPr>
                <w:sz w:val="16"/>
              </w:rPr>
              <w:t>8.3.3. Electrometer leakage current: less than 250 fA;</w:t>
            </w:r>
            <w:r>
              <w:rPr>
                <w:sz w:val="16"/>
              </w:rPr>
              <w:br/>
              <w:t>8.3.4. Successful operation of automated filling and draining functions;</w:t>
            </w:r>
            <w:r>
              <w:rPr>
                <w:sz w:val="16"/>
              </w:rPr>
              <w:br/>
              <w:t>8.3.5. Successful acquisition of PDD, profile and TPR/TMR measurements;</w:t>
            </w:r>
            <w:r>
              <w:rPr>
                <w:sz w:val="16"/>
              </w:rPr>
              <w:br/>
              <w:t>8.3.6. Successful export of commissioning data to Treatment Planning System;</w:t>
            </w:r>
            <w:r>
              <w:rPr>
                <w:sz w:val="16"/>
              </w:rPr>
              <w:br/>
              <w:t>8.3.7. Demonstrated capability to acquire PDD, profile and beam quality measurements on the installed treatment unit in accordance with the manufacturer's specifications.</w:t>
            </w:r>
            <w:r>
              <w:rPr>
                <w:sz w:val="16"/>
              </w:rPr>
              <w:br/>
            </w:r>
            <w:r>
              <w:rPr>
                <w:sz w:val="16"/>
              </w:rPr>
              <w:t>8.4. The results of the testing shall be documented by the Contractor in an acceptance protocol that shall be signed by the End-User.</w:t>
            </w:r>
          </w:p>
        </w:tc>
        <w:tc>
          <w:tcPr>
            <w:tcW w:w="1944" w:type="dxa"/>
          </w:tcPr>
          <w:p w14:paraId="2D51A073" w14:textId="77777777" w:rsidR="00E50C73" w:rsidRDefault="00735D78">
            <w:r>
              <w:rPr>
                <w:sz w:val="16"/>
              </w:rPr>
              <w:t>☐</w:t>
            </w:r>
            <w:r>
              <w:rPr>
                <w:sz w:val="16"/>
              </w:rPr>
              <w:t xml:space="preserve"> Yes   ☐ No</w:t>
            </w:r>
          </w:p>
        </w:tc>
        <w:tc>
          <w:tcPr>
            <w:tcW w:w="6408" w:type="dxa"/>
          </w:tcPr>
          <w:p w14:paraId="2F852210" w14:textId="77777777" w:rsidR="00E50C73" w:rsidRDefault="00E50C73"/>
        </w:tc>
      </w:tr>
      <w:tr w:rsidR="00E50C73" w14:paraId="5253BC5C" w14:textId="77777777">
        <w:trPr>
          <w:jc w:val="center"/>
        </w:trPr>
        <w:tc>
          <w:tcPr>
            <w:tcW w:w="792" w:type="dxa"/>
            <w:shd w:val="clear" w:color="auto" w:fill="D9EAF7"/>
          </w:tcPr>
          <w:p w14:paraId="27195678" w14:textId="77777777" w:rsidR="00E50C73" w:rsidRDefault="00735D78">
            <w:r>
              <w:rPr>
                <w:b/>
                <w:sz w:val="16"/>
              </w:rPr>
              <w:t>9</w:t>
            </w:r>
          </w:p>
        </w:tc>
        <w:tc>
          <w:tcPr>
            <w:tcW w:w="5904" w:type="dxa"/>
            <w:shd w:val="clear" w:color="auto" w:fill="D9EAF7"/>
          </w:tcPr>
          <w:p w14:paraId="1216F2C4" w14:textId="77777777" w:rsidR="00E50C73" w:rsidRDefault="00735D78">
            <w:r>
              <w:rPr>
                <w:b/>
                <w:sz w:val="16"/>
              </w:rPr>
              <w:t xml:space="preserve">Installation and Training </w:t>
            </w:r>
          </w:p>
        </w:tc>
        <w:tc>
          <w:tcPr>
            <w:tcW w:w="1944" w:type="dxa"/>
            <w:shd w:val="clear" w:color="auto" w:fill="D9EAF7"/>
          </w:tcPr>
          <w:p w14:paraId="156C1363" w14:textId="77777777" w:rsidR="00E50C73" w:rsidRDefault="00E50C73"/>
        </w:tc>
        <w:tc>
          <w:tcPr>
            <w:tcW w:w="6408" w:type="dxa"/>
            <w:shd w:val="clear" w:color="auto" w:fill="D9EAF7"/>
          </w:tcPr>
          <w:p w14:paraId="6E3069B2" w14:textId="77777777" w:rsidR="00E50C73" w:rsidRDefault="00E50C73"/>
        </w:tc>
      </w:tr>
      <w:tr w:rsidR="00E50C73" w14:paraId="57E01929" w14:textId="77777777">
        <w:trPr>
          <w:jc w:val="center"/>
        </w:trPr>
        <w:tc>
          <w:tcPr>
            <w:tcW w:w="792" w:type="dxa"/>
          </w:tcPr>
          <w:p w14:paraId="716E086F" w14:textId="77777777" w:rsidR="00E50C73" w:rsidRDefault="00E50C73"/>
        </w:tc>
        <w:tc>
          <w:tcPr>
            <w:tcW w:w="5904" w:type="dxa"/>
          </w:tcPr>
          <w:p w14:paraId="2546838F" w14:textId="77777777" w:rsidR="00E50C73" w:rsidRDefault="00735D78">
            <w:r>
              <w:rPr>
                <w:sz w:val="16"/>
              </w:rPr>
              <w:t>9.1. The Contractor shall install the System at the End-User's location</w:t>
            </w:r>
            <w:r>
              <w:rPr>
                <w:sz w:val="16"/>
              </w:rPr>
              <w:br/>
            </w:r>
            <w:r>
              <w:rPr>
                <w:sz w:val="16"/>
              </w:rPr>
              <w:t>9.2. The Contractor shall provide a minimum of two (2) days of on-site application training for up to three (3) End-User staff. Training shall include system setup, detector installation, beam data acquisition, beam data analysis, TPS export and routine maintenance procedures.</w:t>
            </w:r>
          </w:p>
        </w:tc>
        <w:tc>
          <w:tcPr>
            <w:tcW w:w="1944" w:type="dxa"/>
          </w:tcPr>
          <w:p w14:paraId="1D31DAE5" w14:textId="77777777" w:rsidR="00E50C73" w:rsidRDefault="00735D78">
            <w:r>
              <w:rPr>
                <w:sz w:val="16"/>
              </w:rPr>
              <w:t>☐</w:t>
            </w:r>
            <w:r>
              <w:rPr>
                <w:sz w:val="16"/>
              </w:rPr>
              <w:t xml:space="preserve"> Yes   ☐ No</w:t>
            </w:r>
          </w:p>
        </w:tc>
        <w:tc>
          <w:tcPr>
            <w:tcW w:w="6408" w:type="dxa"/>
          </w:tcPr>
          <w:p w14:paraId="1CA743C8" w14:textId="77777777" w:rsidR="00E50C73" w:rsidRDefault="00E50C73"/>
        </w:tc>
      </w:tr>
      <w:tr w:rsidR="00E50C73" w14:paraId="2298A9FA" w14:textId="77777777">
        <w:trPr>
          <w:jc w:val="center"/>
        </w:trPr>
        <w:tc>
          <w:tcPr>
            <w:tcW w:w="792" w:type="dxa"/>
            <w:shd w:val="clear" w:color="auto" w:fill="D9EAF7"/>
          </w:tcPr>
          <w:p w14:paraId="4B321B00" w14:textId="77777777" w:rsidR="00E50C73" w:rsidRDefault="00735D78">
            <w:r>
              <w:rPr>
                <w:b/>
                <w:sz w:val="16"/>
              </w:rPr>
              <w:t>10</w:t>
            </w:r>
          </w:p>
        </w:tc>
        <w:tc>
          <w:tcPr>
            <w:tcW w:w="5904" w:type="dxa"/>
            <w:shd w:val="clear" w:color="auto" w:fill="D9EAF7"/>
          </w:tcPr>
          <w:p w14:paraId="5C42B86C" w14:textId="77777777" w:rsidR="00E50C73" w:rsidRDefault="00735D78">
            <w:r>
              <w:rPr>
                <w:b/>
                <w:sz w:val="16"/>
              </w:rPr>
              <w:t xml:space="preserve">Warranty </w:t>
            </w:r>
          </w:p>
        </w:tc>
        <w:tc>
          <w:tcPr>
            <w:tcW w:w="1944" w:type="dxa"/>
            <w:shd w:val="clear" w:color="auto" w:fill="D9EAF7"/>
          </w:tcPr>
          <w:p w14:paraId="06A9F6E2" w14:textId="77777777" w:rsidR="00E50C73" w:rsidRDefault="00E50C73"/>
        </w:tc>
        <w:tc>
          <w:tcPr>
            <w:tcW w:w="6408" w:type="dxa"/>
            <w:shd w:val="clear" w:color="auto" w:fill="D9EAF7"/>
          </w:tcPr>
          <w:p w14:paraId="4170E1F1" w14:textId="77777777" w:rsidR="00E50C73" w:rsidRDefault="00E50C73"/>
        </w:tc>
      </w:tr>
      <w:tr w:rsidR="00E50C73" w14:paraId="39A61197" w14:textId="77777777">
        <w:trPr>
          <w:jc w:val="center"/>
        </w:trPr>
        <w:tc>
          <w:tcPr>
            <w:tcW w:w="792" w:type="dxa"/>
          </w:tcPr>
          <w:p w14:paraId="55BDA3FA" w14:textId="77777777" w:rsidR="00E50C73" w:rsidRDefault="00735D78">
            <w:r>
              <w:rPr>
                <w:sz w:val="16"/>
              </w:rPr>
              <w:t>10</w:t>
            </w:r>
          </w:p>
        </w:tc>
        <w:tc>
          <w:tcPr>
            <w:tcW w:w="5904" w:type="dxa"/>
          </w:tcPr>
          <w:p w14:paraId="67488496" w14:textId="77777777" w:rsidR="00E50C73" w:rsidRDefault="00735D78">
            <w:r>
              <w:rPr>
                <w:sz w:val="16"/>
              </w:rPr>
              <w:t xml:space="preserve">The Contractor shall provide a minimum warranty period of twenty-four (24) months commencing upon acceptance of the System. The warranty shall </w:t>
            </w:r>
            <w:r>
              <w:rPr>
                <w:sz w:val="16"/>
              </w:rPr>
              <w:lastRenderedPageBreak/>
              <w:t>include replacement of defective parts, labour, software updates necessary for operation of the System and technical support.</w:t>
            </w:r>
          </w:p>
        </w:tc>
        <w:tc>
          <w:tcPr>
            <w:tcW w:w="1944" w:type="dxa"/>
          </w:tcPr>
          <w:p w14:paraId="6413555E" w14:textId="77777777" w:rsidR="00E50C73" w:rsidRDefault="00735D78">
            <w:r>
              <w:rPr>
                <w:sz w:val="16"/>
              </w:rPr>
              <w:lastRenderedPageBreak/>
              <w:t>☐</w:t>
            </w:r>
            <w:r>
              <w:rPr>
                <w:sz w:val="16"/>
              </w:rPr>
              <w:t xml:space="preserve"> Yes   ☐ No</w:t>
            </w:r>
          </w:p>
        </w:tc>
        <w:tc>
          <w:tcPr>
            <w:tcW w:w="6408" w:type="dxa"/>
          </w:tcPr>
          <w:p w14:paraId="54BEE00C" w14:textId="77777777" w:rsidR="00E50C73" w:rsidRDefault="00E50C73"/>
        </w:tc>
      </w:tr>
      <w:tr w:rsidR="00E50C73" w14:paraId="4EFEDFFF" w14:textId="77777777">
        <w:trPr>
          <w:jc w:val="center"/>
        </w:trPr>
        <w:tc>
          <w:tcPr>
            <w:tcW w:w="792" w:type="dxa"/>
            <w:shd w:val="clear" w:color="auto" w:fill="D9EAF7"/>
          </w:tcPr>
          <w:p w14:paraId="32FD908B" w14:textId="77777777" w:rsidR="00E50C73" w:rsidRDefault="00735D78">
            <w:r>
              <w:rPr>
                <w:b/>
                <w:sz w:val="16"/>
              </w:rPr>
              <w:t>11</w:t>
            </w:r>
          </w:p>
        </w:tc>
        <w:tc>
          <w:tcPr>
            <w:tcW w:w="5904" w:type="dxa"/>
            <w:shd w:val="clear" w:color="auto" w:fill="D9EAF7"/>
          </w:tcPr>
          <w:p w14:paraId="449EF14C" w14:textId="77777777" w:rsidR="00E50C73" w:rsidRDefault="00735D78">
            <w:r>
              <w:rPr>
                <w:b/>
                <w:sz w:val="16"/>
              </w:rPr>
              <w:t>Deliverable Data Items</w:t>
            </w:r>
          </w:p>
        </w:tc>
        <w:tc>
          <w:tcPr>
            <w:tcW w:w="1944" w:type="dxa"/>
            <w:shd w:val="clear" w:color="auto" w:fill="D9EAF7"/>
          </w:tcPr>
          <w:p w14:paraId="209BD16B" w14:textId="77777777" w:rsidR="00E50C73" w:rsidRDefault="00E50C73"/>
        </w:tc>
        <w:tc>
          <w:tcPr>
            <w:tcW w:w="6408" w:type="dxa"/>
            <w:shd w:val="clear" w:color="auto" w:fill="D9EAF7"/>
          </w:tcPr>
          <w:p w14:paraId="14BDC36D" w14:textId="77777777" w:rsidR="00E50C73" w:rsidRDefault="00E50C73"/>
        </w:tc>
      </w:tr>
      <w:tr w:rsidR="00E50C73" w14:paraId="036317B1" w14:textId="77777777">
        <w:trPr>
          <w:jc w:val="center"/>
        </w:trPr>
        <w:tc>
          <w:tcPr>
            <w:tcW w:w="792" w:type="dxa"/>
          </w:tcPr>
          <w:p w14:paraId="22E42AB5" w14:textId="77777777" w:rsidR="00E50C73" w:rsidRDefault="00E50C73"/>
        </w:tc>
        <w:tc>
          <w:tcPr>
            <w:tcW w:w="5904" w:type="dxa"/>
          </w:tcPr>
          <w:p w14:paraId="264718E7" w14:textId="77777777" w:rsidR="00E50C73" w:rsidRDefault="00735D78">
            <w:r>
              <w:rPr>
                <w:sz w:val="16"/>
              </w:rPr>
              <w:t>The Contractor shall provide two (2) complete sets of operation manuals in English.</w:t>
            </w:r>
          </w:p>
        </w:tc>
        <w:tc>
          <w:tcPr>
            <w:tcW w:w="1944" w:type="dxa"/>
          </w:tcPr>
          <w:p w14:paraId="109323C6" w14:textId="77777777" w:rsidR="00E50C73" w:rsidRDefault="00735D78">
            <w:r>
              <w:rPr>
                <w:sz w:val="16"/>
              </w:rPr>
              <w:t>☐</w:t>
            </w:r>
            <w:r>
              <w:rPr>
                <w:sz w:val="16"/>
              </w:rPr>
              <w:t xml:space="preserve"> Yes   ☐ No</w:t>
            </w:r>
          </w:p>
        </w:tc>
        <w:tc>
          <w:tcPr>
            <w:tcW w:w="6408" w:type="dxa"/>
          </w:tcPr>
          <w:p w14:paraId="77D00BD6" w14:textId="77777777" w:rsidR="00E50C73" w:rsidRDefault="00E50C73"/>
        </w:tc>
      </w:tr>
    </w:tbl>
    <w:p w14:paraId="0B909A06" w14:textId="77777777" w:rsidR="00252090" w:rsidRDefault="00252090"/>
    <w:sectPr w:rsidR="00252090" w:rsidSect="00034616">
      <w:headerReference w:type="default" r:id="rId8"/>
      <w:footerReference w:type="default" r:id="rId9"/>
      <w:pgSz w:w="16838" w:h="11906" w:orient="landscape"/>
      <w:pgMar w:top="680" w:right="567" w:bottom="680"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00A4F" w14:textId="77777777" w:rsidR="00735D78" w:rsidRDefault="00735D78">
      <w:pPr>
        <w:spacing w:after="0" w:line="240" w:lineRule="auto"/>
      </w:pPr>
      <w:r>
        <w:separator/>
      </w:r>
    </w:p>
  </w:endnote>
  <w:endnote w:type="continuationSeparator" w:id="0">
    <w:p w14:paraId="05AD13D7" w14:textId="77777777" w:rsidR="00735D78" w:rsidRDefault="00735D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5DD2C" w14:textId="77777777" w:rsidR="00875AF9" w:rsidRDefault="00735D78">
    <w:pPr>
      <w:pStyle w:val="Footer"/>
      <w:jc w:val="center"/>
    </w:pPr>
    <w:r>
      <w:t>Requirement 172308 - Technical Compliance Matrix | Supplier to complete all applicable rows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F85CA9" w14:textId="77777777" w:rsidR="00735D78" w:rsidRDefault="00735D78">
      <w:pPr>
        <w:spacing w:after="0" w:line="240" w:lineRule="auto"/>
      </w:pPr>
      <w:r>
        <w:separator/>
      </w:r>
    </w:p>
  </w:footnote>
  <w:footnote w:type="continuationSeparator" w:id="0">
    <w:p w14:paraId="3A0AACF3" w14:textId="77777777" w:rsidR="00735D78" w:rsidRDefault="00735D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B8BE4" w14:textId="77777777" w:rsidR="00E50C73" w:rsidRDefault="00E50C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95578991">
    <w:abstractNumId w:val="8"/>
  </w:num>
  <w:num w:numId="2" w16cid:durableId="262347214">
    <w:abstractNumId w:val="6"/>
  </w:num>
  <w:num w:numId="3" w16cid:durableId="1194273041">
    <w:abstractNumId w:val="5"/>
  </w:num>
  <w:num w:numId="4" w16cid:durableId="2097895076">
    <w:abstractNumId w:val="4"/>
  </w:num>
  <w:num w:numId="5" w16cid:durableId="1364937265">
    <w:abstractNumId w:val="7"/>
  </w:num>
  <w:num w:numId="6" w16cid:durableId="2136173500">
    <w:abstractNumId w:val="3"/>
  </w:num>
  <w:num w:numId="7" w16cid:durableId="5249597">
    <w:abstractNumId w:val="2"/>
  </w:num>
  <w:num w:numId="8" w16cid:durableId="39020224">
    <w:abstractNumId w:val="1"/>
  </w:num>
  <w:num w:numId="9" w16cid:durableId="6744621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55853"/>
    <w:rsid w:val="00252090"/>
    <w:rsid w:val="0029639D"/>
    <w:rsid w:val="002D6CDE"/>
    <w:rsid w:val="00326F90"/>
    <w:rsid w:val="0037030D"/>
    <w:rsid w:val="00396CB2"/>
    <w:rsid w:val="00503ECD"/>
    <w:rsid w:val="005E75BC"/>
    <w:rsid w:val="00677533"/>
    <w:rsid w:val="00735D78"/>
    <w:rsid w:val="00875AF9"/>
    <w:rsid w:val="008C6C9B"/>
    <w:rsid w:val="00AA1D8D"/>
    <w:rsid w:val="00B47730"/>
    <w:rsid w:val="00CB0664"/>
    <w:rsid w:val="00E50C73"/>
    <w:rsid w:val="00E9517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EFE569"/>
  <w14:defaultImageDpi w14:val="300"/>
  <w15:docId w15:val="{37314730-C56A-42F0-A47D-9CD22BF57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7"/>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5</Pages>
  <Words>1877</Words>
  <Characters>11019</Characters>
  <Application>Microsoft Office Word</Application>
  <DocSecurity>0</DocSecurity>
  <Lines>367</Lines>
  <Paragraphs>186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12710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KIRATU, Ann</cp:lastModifiedBy>
  <cp:revision>4</cp:revision>
  <dcterms:created xsi:type="dcterms:W3CDTF">2013-12-23T23:15:00Z</dcterms:created>
  <dcterms:modified xsi:type="dcterms:W3CDTF">2026-08-20T15:21:00Z</dcterms:modified>
  <cp:category/>
</cp:coreProperties>
</file>